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COMPRA E VENDA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Define o que é vendido, por quanto, como é pago e quando é entregue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O VENDEDOR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ou 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assina em seu nome (se for empresa)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O COMPRADOR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ou razão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assina em seu nome (se for empresa)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Objeto do contrato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que é vendido: o bem ou os bens, com as características que permitem identificá-los sem discussão. Se forem vários, leve-os para a tabela.]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 do bem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Marca ou modelo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Observações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[Descrição do bem]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Preço e forma de pagamento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 de pagamento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[Sinal ou entrada]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[Saldo na entrega]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preço total em números e por extenso e, se houver saldo pendente, as condições para pagá-lo.]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Preço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recebe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como o bem é entregue, quem assume o transporte e a partir de que momento o bem fica sob responsabilidade do comprador.]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Estado do bem e garantia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[Descreva o estado em que é entregue e o que a garantia cobre, se houver: prazo, o que inclui e o que não inclui. Sem garantia, diga isso expressamente.]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Declarações do vendedor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vendedor declara que o bem é de sua propriedade, que está livre de ônus, penhoras e litígios, e que não há valores pendentes relativos ao bem vendido.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Obrigações das partes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Parte</w:t>
            </w:r>
          </w:p>
        </w:tc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Obrigação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[O que cada parte se compromete a fazer]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Inadimplemento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o que acontece se uma parte não cumprir: prazo para corrigir, devolução do que foi entregue, ajustes acordados ou rescisão do contrato.]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Rescisão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por quais causas este contrato termina e como se registra o que foi entregue e pago até esse momento.]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Dados pessoais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para que são usados os dados das partes, quem os guarda e como se exercem os direitos sobre eles. É um modelo geral: revise-o com seu assessor.]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Solução de controvérsias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como um desacordo será resolvido: conversa direta entre as partes e, sem acordo, o mecanismo que elas escolherem.]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Anexos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[Liste o que é anexado e faz parte do contrato: fotos, fichas técnicas, documentos do bem, comprovantes de pagamento.]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VENDEDOR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COMPRADOR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Contrato de compra e venda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</dc:title>
  <dc:subject>Contrato de compraventa de bienes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