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 whom it may concern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authorisation for [collection of goods / access to premises / procedure]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[name of the company or person authorising], holder of ID [number], hereby authorise [full name of the authorised person], holder of ID [number], to [what is authorised: collect goods, enter the premises, file or sign documents].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authorisation is valid from [date] to [date] and applies only to [scope: order number, address, type of procedure].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authorised person must present this letter together with their ID. Any change, extension or renewal must be requested in writing before it expires.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authorised person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 of the authorised person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[gatehouse or security] · [warehouse]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letter does not replace internal dispatch or access controls: check identity, record the movement and file this authorisation.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Authorisation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autorización</dc:title>
  <dc:subject>Carta de autorización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