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agradecimiento por la entrevista del [fecha] —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Le agradezco el tiempo que me dedicó en la entrevista del [fecha] para el cargo de [cargo]. Fue una conversación que me permitió conocer mejor [aspecto que le interesó: el equipo, el proyecto, la forma de trabajo].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Después de conocer más sobre [nombre de la empresa], confirmo mi interés en la vacante. [Refuerce un punto concreto: un logro suyo que responde a una necesidad que surgió en la entrevista].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Quedo a disposición para ampliar cualquier información o para una segunda conversación con el equipo. Puede contactarme en [teléfono] o en [correo electrónico].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Gracias de nuevo por la oportunidad.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[Opcional: si acordó enviar documentos, mencione el anexo.]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acordados en la entrevista]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Agradecimiento tras la 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agradecimiento tras una entrevista</dc:title>
  <dc:subject>Carta de agradecimiento tras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