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AUTHORISATION FORM FOR MINORS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Written permission for a minor to travel, take part in an activity or receive emergency care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[MN-___]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Details of the minor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Minor's full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of birth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Age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School or institution (if applicable)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Person giving authorisation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Full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Relationship or capacity (father / mother / legal guardian)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Phone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Address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Person authorised to accompany the minor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Full name of the accompanying adult or responsible person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Relationship to the minor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Phone of the accompanying adult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Details of the trip or activity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Purpose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City of departure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Destination city or place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Departure 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Return 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Means of transport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Where the minor will stay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Scope of the authorisation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714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Permission granted</w:t>
            </w:r>
          </w:p>
        </w:tc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Granted? (Yes / No)</w:t>
            </w:r>
          </w:p>
        </w:tc>
      </w:tr>
      <w:tr>
        <w:tc>
          <w:tcPr>
            <w:tcW w:type="dxa" w:w="71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Travel accompanied by the person named in point 3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1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Take part in the activity described and in what follows from it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1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Receive emergency medical care if a situation requires it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1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Be collected by the people named in point 6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1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Leave the country only on the dates authorised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Contact details during the trip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Name and phone of contact 1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Name and phone of contact 2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Notes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[Note anything relevant: allergies or medication the responsible adult should know about, special authorisations, people who must not collect the minor.]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Validity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This authorisation is valid only for the trip or activity described in point 4, within the dates stated.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PERSON GIVING AUTHORISATION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Full name, ID and signature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WITNESS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Full name, ID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PERSON RECEIVING THE AUTHORISATION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Full name, ID and signature</w:t>
            </w:r>
          </w:p>
        </w:tc>
      </w:tr>
    </w:tbl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Important notice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[This form is a general-purpose internal guide. If the trip crosses a border or the authority requires its own conditions, check with your adviser which additional formalities apply (for example, legalisation or apostille). This document is not legal advice.]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[Name of the authorising person] · Authorisation for minors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Autorización para menores</dc:title>
  <dc:subject>Permiso de viaje o de actividad para un menor de edad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