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SOLICITUD Y AUTORIZACIÓN DE PERMISO LABORAL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Formato para pedir una ausencia, autorizarla y dejar registro de cómo se cubre el trabajo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colaborador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Jefe inmediato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del permiso solicitado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permiso (personal / cita médica / calamidad doméstica / licencia / estudio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Tiempo solicitado (horas o días)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Desde (fecha y hora)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Hasta (fecha y hora)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de la solicitud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Cómo se cubre el trabajo durante la ausencia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atiende el trabajo mientras no está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Tareas o entregas pendientes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Qué se entregó antes de salir (llaves, caja, documentos, accesos)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Soportes que se anexan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[Orden médica, certificado o citación]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que acredita la calamidad]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[Otro soporte del motivo invocado]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Decisión del jefe inmediato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Decisión (aprobado / aprobado parcialmente / no aprobado)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¿El tiempo se reconoce como remunerado? (Sí / No / Por definir)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¿Se repone el tiempo? (Sí / No) — cómo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y firma del jefe inmediato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Condiciones de la aprobación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Constancia del colaborador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Recibí copia de esta solicitud y conozco la decisión y las condiciones. Me comprometo a entregar los soportes del motivo y a ponerme al día con el trabajo pendiente.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Registro de talento humano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Recibido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recibido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 de talento humano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FIRMA DEL COLABORADOR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FIRMA DEL JEFE INMEDIATO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TALENTO HUMANO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Permiso laboral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Permiso laboral o licencia</dc:title>
  <dc:subject>Solicitud y autorización de permiso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