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ACORDO DE NÍVEL DE SERVIÇO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[Proveedor del servicio]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[Cliente]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proveedor]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cliente]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Serviços cobertos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Serviço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Horário de atendimento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[Serviço principal]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[Serviço de suporte]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[Serviço de emergência]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Níveis comprometidos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 comprometida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medido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Frequência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[Tempo de resposta a uma solicitação]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[Disponibilidade do serviço]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[Cumprimento de entregas]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[Tempo de solução de falhas]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Descumprimento e 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Quando um indicador não for cumprido, [a parte responsável] apresentará um plano de melhoria com ações e datas nos [número] dias seguintes ao fechamento do período. Se o descumprimento se repetir, as partes revisarão [condições, ajustes ou término] em reunião extraordinária.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[Aviso de descumprimento por escrito]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[Plano de melhoria com responsáveis e datas]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[Revisão conjunta do indicador na próxima reunião]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Contatos e escalonamento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Contato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Canal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Tempo de resposta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[Primeiro nível: operação]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nível: coordenação]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[Terceiro nível: direção]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Revisão dos indicadores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 de atendimento]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Um acordo de nível de serviço só funciona se os indicadores puderem ser medidos com dados que as duas partes veem. Ajuste as metas ao que sua operação consegue sustentar e revise-o com seu assessor antes de assinar.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Acordo de nível de serviço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 de servicio</dc:title>
  <dc:subject>Acuerdo de nivel de servicio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