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STUDY GUIDE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What to know, in which order and how to check 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[GE-___]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Guide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Topic or unit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Year group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Assessment it prepares for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assessment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What you should know by the end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between four and seven points. Each one should be checkable with a question or an exercise.]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Topics ordered by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Order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Content or topic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Importance</w:t>
            </w:r>
          </w:p>
        </w:tc>
        <w:tc>
          <w:tcPr>
            <w:tcW w:type="dxa" w:w="215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Definitions and formulas to remember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Term or formula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Content or topic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Practice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Expected answer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Most common mistakes on this topic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[The mistakes that come back every year: mixing up two similar concepts, forgetting a unit, skipping a step, memorising without understanding.]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How to spread the study over the days before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Day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to study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Minutes</w:t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Self-check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[After each review, tick what you can already explain without looking at your notes. Whatever is left unticked is what to review tomorrow.]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TEACHER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Study guide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estudio</dc:title>
  <dc:subject>Guía de estudio con autoevaluación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