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[Recipient company]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introducing our company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[Company name] is a business specialising in [main activity] with [number] years of experience in [city or region]. We serve [type of customer or sector].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work with [main products or services], with [concrete advantage: 24-hour delivery / own production / technical support].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believe we can support [recipient's need] on three fronts: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 or service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is for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or service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[Concrete benefit for the customer]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or service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[Concrete benefit]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or service 3]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[Concrete benefit]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would like to present our proposal in a [duration]-minute meeting, on the date and time that suits you. We can visit your premises or meet by video call.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look forward to your reply and thank you in advance for your time.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[sales area]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Company introduction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 de empresa</dc:title>
  <dc:subject>Carta de presentación de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