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Attn.: [Name and 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application for the position of [position] — [candidate name]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am writing to apply for the position of [position], advertised on [source where you saw the vacancy]. I have [number] years of experience in [field] and hold qualifications in [main studies].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In my most recent role at [company], I [concrete achievement with a measurable result]. That is the kind of result I can deliver at [company name]: [two or three concrete contributions for the role].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My CV is attached with the details of my experience and my references. I am available for an interview at your convenience and to provide any further information.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Thank you in advance for considering my application.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[Perfil de LinkedIn]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Enclosure: CV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[Candidate name] · Cover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</dc:title>
  <dc:subject>Carta de presentación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