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NOMBRE DE LA EMPRESA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Dirección · Ciudad · Teléfono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Correo electrónico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5"/>
        </w:rPr>
        <w:t>DECLARACIÓN JURADA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Declaración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[DJ-___]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Señor(a)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 QUIEN RECIBE]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[Cargo]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[Entidad o empresa]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Declaración jurada para [el trámite o asunto, en una línea]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Respetado(a) señor(a):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 quien declara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 o NIT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Declaración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Yo, el abajo firmante, declaro bajo la gravedad del juramento que la información que consigno a continuación es veraz: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[Primer hecho o dato que declaro]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[Segundo hecho o dato que declaro]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[Tercer hecho o dato que declaro]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Para qué se presenta esta declaración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Trámite o asunto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Ante quién se presenta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Uso que se le dará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Documentos que respaldan la declaración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Observación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Compromiso de quien declara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Declaro que conozco las consecuencias de consignar información falsa, que los documentos que anexo son ciertos y que informaré de inmediato cualquier cambio en la información aquí consignada.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Anexos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[Liste los documentos que acompañan esta declaración: copia del documento de identidad, soportes, certificados.]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Atentamente,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DE QUIEN DECLARA]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[Documento de identidad]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Teléfono · Correo electrónico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FIRMA Y HUELLA (si se exige)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[DJ-___]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Declaración jurada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jurada</dc:title>
  <dc:subject>Declaración jurada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