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PRESCRIPTION PAD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Instructions signed by the professional, with advice and warnings for the patient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[RX-___]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Patient details and date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Patient's 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Age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Professional's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Professional's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Professional registration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Specialty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 or contact 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Prescribed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Medication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 or strength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Directions for use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Duration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General non-drug advice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the measures that are not medicines: relative rest, fluids, diet, care at home and the signs that mean coming back for a consultation.]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General advice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Warnings for the patient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what the patient needs to know: how to continue the treatment, what not to combine with it, what to do if a reaction appears and why the item must not be shared or reused.]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Next review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next review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With whom or in which service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PRESCRIBING PROFESSIONAL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registration number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Notice: this template is an internal-use guide and does not replace the professional's judgement or the official medical record; before using it, review it and adapt it to the health regulations of the country where care is provided.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Prescription pad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Receta médica</dc:title>
  <dc:subject>Formato de receta con indicaciones y advertencias al paciente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