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FICHA BIBLIOGRÁFICA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Datos de la fuente, lo que aporta y dónde se usa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[FB-___]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 la fuente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fuente (libro / artículo / informe / página web / video)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Título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Autor o autores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Año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Editorial, revista o sitio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Ciudad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Edición o volumen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Enlace o identificador del 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Referencia completa, tal como se va a citar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[Se escribe una sola vez y bien, con el mismo estilo que el resto del trabajo. Si falta un dato, se anota lo que falta para buscarlo después.]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Contenido o tema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Datos y citas que se van a usar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13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Página</w:t>
            </w:r>
          </w:p>
        </w:tc>
        <w:tc>
          <w:tcPr>
            <w:tcW w:type="dxa" w:w="45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Dato, cita o idea</w:t>
            </w:r>
          </w:p>
        </w:tc>
        <w:tc>
          <w:tcPr>
            <w:tcW w:type="dxa" w:w="374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Para qué sirve en el trabajo</w:t>
            </w:r>
          </w:p>
        </w:tc>
      </w:tr>
      <w:tr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Resumen de la fuente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[De tres a cinco líneas: qué sostiene el autor y con qué lo respalda. Sin copiar párrafos completos.]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Evaluación de la fuente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56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Criterio</w:t>
            </w:r>
          </w:p>
        </w:tc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Valoración</w:t>
            </w:r>
          </w:p>
        </w:tc>
      </w:tr>
      <w:tr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Autor identificado y con respaldo académico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Fecha reciente para el tema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Fuente primaria, no solo resumen de otro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Información verificable en el texto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Adecuada para el nivel del trabajo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Dónde se usa en el trabajo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Sección del trabajo</w:t>
            </w:r>
          </w:p>
        </w:tc>
        <w:tc>
          <w:tcPr>
            <w:tcW w:type="dxa" w:w="65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aporta al trabajo</w:t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5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5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5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5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Fuentes relacionadas que conviene revisar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Autor o autores</w:t>
            </w:r>
          </w:p>
        </w:tc>
        <w:tc>
          <w:tcPr>
            <w:tcW w:type="dxa" w:w="113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Año</w:t>
            </w:r>
          </w:p>
        </w:tc>
        <w:tc>
          <w:tcPr>
            <w:tcW w:type="dxa" w:w="60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buscar en ella</w:t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 del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AUTOR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institución] · Ficha bibliográfica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bibliográfica</dc:title>
  <dc:subject>Ficha con los datos de una fuente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