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[NOMBRE DE LA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[Identificación] · [Dirección] · [Ciudad]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[Teléfono] · [Correo electrónico] · [Sitio web]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ENTREVISTA DE SALIDA</w:t>
      </w:r>
    </w:p>
    <w:p>
      <w:pPr>
        <w:spacing w:after="120"/>
        <w:pBdr>
          <w:bottom w:val="single" w:sz="6" w:space="4" w:color="A6A6A6"/>
        </w:pBdr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del retiro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[Nombre completo]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N.º de 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[Cargo]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/ proceso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ingreso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retiro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retiro (renuncia / terminación / mutuo acuerdo)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Motivo manifestado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Entrevistador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 del entrevistador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Factores de la salida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Factor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Respuesta del colaborador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Principales motivos del retiro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Qué le gustaba de su trabajo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Qué mejoraría de la empresa o del área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Relación con su jefe y con el equipo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Condiciones de trabajo, herramientas y carga laboral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Qué recomendaría a quien ocupe su cargo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Valoración y cierre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¿Volvería a trabajar en la empresa? (Sí / No / Tal vez)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¿Recomendaría la empresa a un amigo? (Sí / No / Tal vez)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Observaciones y temas recurrentes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Esta entrevista se realiza para mejorar las condiciones de trabajo y reducir la rotación. La información se trata de forma reservada y no afecta la liquidación ni las certificaciones del colaborador.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Copia: [Talento Humano]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Si el colaborador prefiere no firmar, deje constancia escrita de la entrevista: la información sirve igual para decidir. Agrupe los motivos por área y revíselos cada trimestre: casi siempre apuntan a un jefe o a un proceso, no a la empresa entera.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Entrevista de salida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Entrevista de salida</dc:title>
  <dc:subject>Entrevista de salida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