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GUÍA DE ESTUDIO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Qué hay que saber, en qué orden y cómo comprobarlo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[GE-___]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guía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 o unidad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Asignatura o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Curso o grado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Evaluación para la que sirve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evaluación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Qué debe saber al terminar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entre cuatro y siete puntos. Cada uno debe poder comprobarse con una pregunta o un ejercicio.]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Temario ordenado por importancia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Orden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Contenido o tema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Importancia</w:t>
            </w:r>
          </w:p>
        </w:tc>
        <w:tc>
          <w:tcPr>
            <w:tcW w:type="dxa" w:w="215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Definiciones y fórmulas que hay que recordar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Término o fórmula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dice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Contenido o tema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Preguntas de práctica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esperada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Errores más frecuentes en este tema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[Los errores que se repiten cada año: confundir dos conceptos parecidos, olvidar una unidad, saltarse un paso, memorizar sin entender.]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Cómo distribuir el estudio en los días previos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Día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estudiar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Minutos</w:t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Autoevaluación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[Al final de cada repaso, marque lo que ya puede explicar sin mirar apuntes. Lo que quede sin marcar es lo que toca repasar al día siguiente.]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DOCENTE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Guía de estudio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estudio</dc:title>
  <dc:subject>Guía de estudio con autoevaluación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