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SOLICITUD DE EMPLEO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personales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civil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Hijos a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Licencia de conducción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Estudios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Título o programa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Experiencia laboral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Hasta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Motivo de retiro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Referencias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Relación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Teléfono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Disponibilidad y condiciones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Aspiración salarial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en que puede empezar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 de horario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 para viajar o trasladarse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enteró de la vacante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Autorización y firma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Autorizo el tratamiento de mis datos personales para el proceso de selección y declaro que la información consignada es veraz. Conozco que puedo solicitar la corrección o eliminación de mis datos por los canales de contacto de la empresa.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Entregue este formulario completo y legible; si lo envía por correo, guarde el archivo con su nombre y apellido.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Solicitud de empleo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</dc:title>
  <dc:subject>Solicitud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