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SUPPLY AGREEMENT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Parties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[Comprador]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comprador]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and products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supplier undertakes to supply the buyer with the products listed below on the terms agreed in this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Delivery time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Prices and reviews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Prices will remain fixed for [number] months. After that period they may be revised by written agreement between the parties, with [number] days' prior notice. Prices include [transport to the warehouse / do not include transport].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Deliveries and receipt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Each delivery will be accompanied by [invoice and delivery note] and will be accepted only with the goods receipt document signed by the buyer's authorised person. Partial deliveries are not considered accepted until they are checked.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Quality and warranty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supplier warrants that the products meet the agreed specifications, are in good condition and have the stated shelf life. Issues must be reported in writing within [number] days of receipt.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Breach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In the event of a breach, the affected party may require [delivery of the outstanding items, replacement of the products or a refund], and may terminate the contract if the breach is not remedied within [number] days of written notice.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Term and termination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Notice period to terminate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[purchasing] · [accounting]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template is general guidance and is not legal advice. Before signing, have it reviewed by your adviser and adapted to your operation and country.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Quantify what a supplier failure would cost you (replacing an order, letting a customer down) and state it in the contract. Have it reviewed by your adviser before signing.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Supply agreement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suministro</dc:title>
  <dc:subject>Contrato de suministro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