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CONVITE PARA UM EVENTO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Cartão com data, local, programação curta e confirmação de presença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evento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evento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(aniversário / inauguração / treinamento / casamento / outro)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convida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Contato de quem convida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Data, hora e local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Ponto de referência para chegar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Estacionamento (Sim / Não / Na rua)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Acesso para cadeira de rodas (Sim / Não)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Programação curta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Hora</w:t>
            </w:r>
          </w:p>
        </w:tc>
        <w:tc>
          <w:tcPr>
            <w:tcW w:type="dxa" w:w="759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 de início]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[Recepção e registro dos convidados]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[Palavras de boas-vindas]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[Atividade principal]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[Lanche ou jantar]</w:t>
            </w:r>
          </w:p>
        </w:tc>
      </w:tr>
      <w:tr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[Hora]</w:t>
            </w:r>
          </w:p>
        </w:tc>
        <w:tc>
          <w:tcPr>
            <w:tcW w:type="dxa" w:w="759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[Encerramento e agradecimento]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Traje e recomendações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Traje (formal / casual / esportivo / conforme o clima)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o que é prático: se é preciso levar algo, se o local é frio ou ao ar livre, se há crianças convidadas, se haverá jantar ou apenas um lanche.]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Confirmação de presença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 confirmação serve para calcular comida, cadeiras e material. Peça com prazo e diga para que serve: «confirme até [data] para reservar seu lugar».]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quem confirmar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Por onde (telefone / e-mail / mensagem)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Até quando confirmar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 dados pedir ao confirmar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Observações para os convidados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[Presentes, acompanhantes, animais, horário de chegada recomendado, estacionamento, o que acontece se chover.]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Texto pronto para enviar por mensagem ou e-mail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aqui a versão curta do convite, com os cinco dados que não podem faltar: o que é, quando, onde, quem convida e até quando confirmar.]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CONVIDA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Convite para evento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a un evento</dc:title>
  <dc:subject>Invitación con programa y confirmación de asistencia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