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PRODUCT DISPOSAL AND WRITE-OFF RECORD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Final removal of expired, damaged, obsolete or non-conforming stock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[BJ-___]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Person in charge of the write-off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Write-off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Write-off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Write-off type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Warehouse or location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Authorised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Notes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Items written 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Code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Batch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Quantity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Reason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Final disposal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Disposal company or handler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Certificate or reference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Prior checks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products were identified and set aside from available stock.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Photographs of the products and their condition were taken before the write-off.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write-off was authorised by the responsible level and recorded in the system.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It was confirmed that the products cannot be consumed, used or returned to the supplier.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certificate or record of final disposal is kept on file.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record documents the final removal of stock from inventory and supports the related adjustment. It is signed by the person authorising, the person carrying it out and a witness, and filed with the photographs and the disposal certificate.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Product write-off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destrucción y baja de productos</dc:title>
  <dc:subject>Acta de destrucción y baja de productos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