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 quem possa interessar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autorização para [retirada de mercadoria / acesso às instalações / procedimento]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Por meio desta, [nome da empresa ou pessoa que autoriza], portador(a) do documento [número], autoriza [nome completo do autorizado], portador(a) do documento [número], a [o que se autoriza: retirar mercadoria, acessar as instalações, protocolar ou assinar documentos].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 autorização é válida de [data] a [data] e se aplica exclusivamente a [alcance: número do pedido, endereço, tipo de procedimento].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autorizado deve apresentar esta carta junto com seu documento de identidade. Qualquer mudança, ampliação ou prorrogação deve ser solicitada por escrito antes do vencimento.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autorizado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 do autorizado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Assinatura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[Nome da 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[Telefone] · [E-mail]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[portaria ou segurança] · [almoxarifado]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Esta carta não substitui os controles internos de expedição ou de acesso: confira a identidade, registre a saída ou a entrada e arquive esta autorização.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Carta de autorização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autorización</dc:title>
  <dc:subject>Carta de autorización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