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NOMBRE DE LA EMPRESA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Dirección · Ciudad · Teléfono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Correo electrónico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CARTA DE AMONESTACIÓN O LLAMADO DE ATENCIÓN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Comunicación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[AM-___]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DEL TRABAJADOR]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[Documento de identidad]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[Cargo y área]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Llamado de atención por [hecho, en pocas palabras]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Respetado(a) señor(a):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Antecedentes de la vinculación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ingreso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Jefe inmediato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Hechos que se le comunican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58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del hecho</w:t>
            </w:r>
          </w:p>
        </w:tc>
        <w:tc>
          <w:tcPr>
            <w:tcW w:type="dxa" w:w="56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ocurrió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Soporte o testigo</w:t>
            </w:r>
          </w:p>
        </w:tc>
      </w:tr>
      <w:tr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[Describa el hecho: qué pasó, dónde, con quién y qué consecuencia tuvo. Un hecho por fila.]</w:t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[Segundo hecho, si lo hay]</w:t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Reglas internas relacionadas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qué regla interna, instrucción o procedimiento de la empresa se dejó de cumplir. Escriba la regla tal como está en su manual interno; este formato no cita normas externas.]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Versión del trabajador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en que se le escuchó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[Resuma lo que respondió el trabajador, con sus propias palabras en lo posible, y si aportó pruebas o testigos.]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Resumen de su versión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Decisión y medida adoptada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Medida (llamado de atención verbal por escrito / amonestación escrita / suspensión / otra)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Alcance de la medida y vigencia del registro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Compromiso de mejora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Compromiso</w:t>
            </w:r>
          </w:p>
        </w:tc>
        <w:tc>
          <w:tcPr>
            <w:tcW w:type="dxa" w:w="158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límite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294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verificará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[Escriba el compromiso concreto a cumplir desde esta fecha]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[Segundo compromiso si aplica]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Consecuencias de la reincidencia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qué ocurrirá si el hecho se repite, sin citar leyes ni normas: nuevas medidas internas, revisión del caso por talento humano, u otras consecuencias que la empresa aplique según su reglamento interno.]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Constancia de recibido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Recibí copia de esta comunicación, conozco los hechos que se me señalan y las medidas adoptadas. Firmo como constancia de recibido.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Cordialmente,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DE QUIEN FIRMA]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Teléfono · Correo electrónico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[Nombre, documento y fecha]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[Nombre, documento y fecha]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[talento humano, jefe inmediato y hoja de vida del trabajador]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[AM-___]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es un modelo general de uso interno. No es asesoría legal: antes de usarlo, revíselo con su asesor o contador y ajústelo a las reglas que le apliquen.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Llamado de atención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amonestación o llamado de atención</dc:title>
  <dc:subject>Llamado de atención al trabajador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