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cs="Calibri"/>
          <w:b/>
          <w:i w:val="0"/>
          <w:color w:val="404040"/>
          <w:sz w:val="24"/>
        </w:rPr>
        <w:t>NAME OF THE APPLICANT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ID · City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Phone · Email</w:t>
      </w:r>
    </w:p>
    <w:p>
      <w:pPr>
        <w:spacing w:after="160"/>
        <w:pBdr>
          <w:bottom w:val="single" w:sz="8" w:space="4" w:color="A6A6A6"/>
        </w:pBdr>
      </w:pPr>
    </w:p>
    <w:p>
      <w:pPr>
        <w:jc w:val="center"/>
      </w:pPr>
      <w:r>
        <w:rPr>
          <w:rFonts w:ascii="Calibri" w:hAnsi="Calibri" w:cs="Calibri"/>
          <w:b/>
          <w:i w:val="0"/>
          <w:color w:val="404040"/>
          <w:sz w:val="24"/>
        </w:rPr>
        <w:t>SCHOLARSHIP MOTIVATION LETTER</w:t>
      </w:r>
    </w:p>
    <w:p>
      <w:pPr>
        <w:spacing w:after="120"/>
        <w:pBdr>
          <w:bottom w:val="single" w:sz="6" w:space="4" w:color="A6A6A6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Reference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[BE-___]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</w:tr>
    </w:tbl>
    <w:p>
      <w:pPr>
        <w:spacing w:after="40"/>
      </w:pPr>
    </w:p>
    <w:p>
      <w:pPr>
        <w:jc w:val="right"/>
      </w:pPr>
      <w:r>
        <w:rPr>
          <w:rFonts w:ascii="Calibri" w:hAnsi="Calibri" w:cs="Calibri"/>
          <w:b w:val="0"/>
          <w:i w:val="0"/>
          <w:color w:val="262626"/>
          <w:sz w:val="20"/>
        </w:rPr>
        <w:t>[City], [DD/MM/YYYY]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To</w:t>
      </w:r>
    </w:p>
    <w:p>
      <w:r>
        <w:rPr>
          <w:rFonts w:ascii="Calibri" w:hAnsi="Calibri" w:cs="Calibri"/>
          <w:b/>
          <w:i w:val="0"/>
          <w:color w:val="262626"/>
          <w:sz w:val="20"/>
        </w:rPr>
        <w:t>[NAME OF THE PROGRAMME OR INSTITUTION]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[Scholarship committee]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[Address]</w:t>
      </w:r>
    </w:p>
    <w:p>
      <w:pPr>
        <w:spacing w:after="0"/>
      </w:pPr>
    </w:p>
    <w:p>
      <w:pPr>
        <w:spacing w:before="80"/>
      </w:pPr>
      <w:r>
        <w:rPr>
          <w:rFonts w:ascii="Calibri" w:hAnsi="Calibri" w:cs="Calibri"/>
          <w:b/>
          <w:i w:val="0"/>
          <w:color w:val="262626"/>
          <w:sz w:val="21"/>
        </w:rPr>
        <w:t>Subject: Application for [name of the scholarship or call]</w:t>
      </w:r>
    </w:p>
    <w:p>
      <w:r>
        <w:rPr>
          <w:rFonts w:ascii="Calibri" w:hAnsi="Calibri" w:cs="Calibri"/>
          <w:b w:val="0"/>
          <w:i w:val="0"/>
          <w:color w:val="262626"/>
          <w:sz w:val="21"/>
        </w:rPr>
        <w:t>Dear members of the committee: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[Paragraph 1: who you are, where you study or work today and which call you are applying to. No adjectives about yourself.]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[Paragraph 2: why that programme and that institution, with something concrete: a research line, a lecturer, a laboratory, an approach you cannot find where you are.]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[Paragraph 3: why you. Two or three verifiable facts: what you have studied, what you have done, with what results and which obstacles you have overcome.]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[Paragraph 4: what you will do with that training when you finish, concretely and measurably: return to a post, start a project, train others, publish.]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[Paragraph 5: close with the commitment, whether you are available full or part time and your willingness to supply any missing documents.]</w:t>
      </w:r>
    </w:p>
    <w:p>
      <w:pPr>
        <w:spacing w:before="120"/>
      </w:pPr>
      <w:r>
        <w:rPr>
          <w:rFonts w:ascii="Calibri" w:hAnsi="Calibri" w:cs="Calibri"/>
          <w:b w:val="0"/>
          <w:i w:val="0"/>
          <w:color w:val="262626"/>
          <w:sz w:val="21"/>
        </w:rPr>
        <w:t>Yours faithfully,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42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262626"/>
                <w:sz w:val="18"/>
              </w:rPr>
              <w:t>[APPLICANT'S NAME]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[Current programme or position]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Phone · Email</w:t>
            </w:r>
          </w:p>
        </w:tc>
      </w:tr>
    </w:tbl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Application details (for your record)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Scholarship or call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Programme or course applied for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Institution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Closing date of the call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Format and duration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Documents attached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714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Document</w:t>
            </w:r>
          </w:p>
        </w:tc>
        <w:tc>
          <w:tcPr>
            <w:tcW w:type="dxa" w:w="249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Ready? (Yes / No)</w:t>
            </w:r>
          </w:p>
        </w:tc>
      </w:tr>
      <w:tr>
        <w:tc>
          <w:tcPr>
            <w:tcW w:type="dxa" w:w="714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ID document</w:t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714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Transcript or academic record</w:t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714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Degree certificate (if you have finished)</w:t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714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Letter of recommendation (one or two, as the call requires)</w:t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714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Employment or income certificate, if required</w:t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714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Outline of the programme or syllabus you intend to follow</w:t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What to check before sending it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53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Point</w:t>
            </w:r>
          </w:p>
        </w:tc>
        <w:tc>
          <w:tcPr>
            <w:tcW w:type="dxa" w:w="510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Why it matters</w:t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It names the call exactly</w:t>
            </w:r>
          </w:p>
        </w:tc>
        <w:tc>
          <w:tcPr>
            <w:tcW w:type="dxa" w:w="51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Many letters are dropped for this</w:t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At least two verifiable facts about you</w:t>
            </w:r>
          </w:p>
        </w:tc>
        <w:tc>
          <w:tcPr>
            <w:tcW w:type="dxa" w:w="51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That is what sets you apart</w:t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It says what you will do afterwards, with a timeframe</w:t>
            </w:r>
          </w:p>
        </w:tc>
        <w:tc>
          <w:tcPr>
            <w:tcW w:type="dxa" w:w="51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Committees look for a return</w:t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It fits on one page or one and a half</w:t>
            </w:r>
          </w:p>
        </w:tc>
        <w:tc>
          <w:tcPr>
            <w:tcW w:type="dxa" w:w="51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It is read in a few minutes</w:t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No spelling mistakes and correct accents</w:t>
            </w:r>
          </w:p>
        </w:tc>
        <w:tc>
          <w:tcPr>
            <w:tcW w:type="dxa" w:w="51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It is checked before the interview</w:t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Attachments are complete and in the order requested</w:t>
            </w:r>
          </w:p>
        </w:tc>
        <w:tc>
          <w:tcPr>
            <w:tcW w:type="dxa" w:w="51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One missing document voids the application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Document control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code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[BE-___]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Version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[DD/MM/YYYY]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owner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Once signed, file this document with its attachments in the area folder. Keep a copy for each of the signing parties.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[Applicant's name] · Motivation letter    </w:t>
    </w:r>
    <w:r>
      <w:rPr>
        <w:rFonts w:ascii="Calibri" w:hAnsi="Calibri" w:cs="Calibri"/>
        <w:b w:val="0"/>
        <w:i w:val="0"/>
        <w:color w:val="595959"/>
        <w:sz w:val="16"/>
      </w:rPr>
      <w:t xml:space="preserve">Page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of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motivos para una beca</dc:title>
  <dc:subject>Carta de postulación a una beca o convocatoria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