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MEETING MINUTES</w:t>
            </w:r>
          </w:p>
        </w:tc>
      </w:tr>
    </w:tbl>
    <w:p>
      <w:pPr>
        <w:spacing w:after="40"/>
      </w:pPr>
    </w:p>
    <w:p>
      <w:r>
        <w:rPr>
          <w:rFonts w:ascii="Calibri" w:hAnsi="Calibri" w:cs="Calibri"/>
          <w:b w:val="0"/>
          <w:i/>
          <w:color w:val="595959"/>
          <w:sz w:val="19"/>
        </w:rPr>
        <w:t>Record of the discussion and of the action items agreed</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[AR-___]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General information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Minutes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Type (O / E / I)</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Location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Start time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End time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Called by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Objective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[Reason for calling the meeting]</w:t>
            </w:r>
          </w:p>
        </w:tc>
      </w:tr>
    </w:tbl>
    <w:p>
      <w:pPr>
        <w:spacing w:after="40"/>
      </w:pPr>
    </w:p>
    <w:p>
      <w:pPr>
        <w:spacing w:before="160" w:after="60"/>
        <w:pBdr>
          <w:bottom w:val="single" w:sz="4" w:space="4" w:color="A6A6A6"/>
        </w:pBdr>
      </w:pPr>
      <w:r>
        <w:rPr>
          <w:rFonts w:ascii="Calibri" w:hAnsi="Calibri" w:cs="Calibri"/>
          <w:b/>
          <w:i w:val="0"/>
          <w:color w:val="404040"/>
          <w:sz w:val="22"/>
        </w:rPr>
        <w:t>2. Attendees</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Name</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ID</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Position</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Area</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Attended</w:t>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3. Agenda</w:t>
      </w:r>
    </w:p>
    <w:p>
      <w:pPr>
        <w:pStyle w:val="ListNumber"/>
        <w:spacing w:after="40"/>
      </w:pPr>
      <w:r>
        <w:rPr>
          <w:rFonts w:ascii="Calibri" w:hAnsi="Calibri" w:cs="Calibri"/>
          <w:b w:val="0"/>
          <w:i w:val="0"/>
          <w:color w:val="262626"/>
          <w:sz w:val="20"/>
        </w:rPr>
        <w:t>[First topic]</w:t>
      </w:r>
    </w:p>
    <w:p>
      <w:pPr>
        <w:pStyle w:val="ListNumber"/>
        <w:spacing w:after="40"/>
      </w:pPr>
      <w:r>
        <w:rPr>
          <w:rFonts w:ascii="Calibri" w:hAnsi="Calibri" w:cs="Calibri"/>
          <w:b w:val="0"/>
          <w:i w:val="0"/>
          <w:color w:val="262626"/>
          <w:sz w:val="20"/>
        </w:rPr>
        <w:t>[Second topic]</w:t>
      </w:r>
    </w:p>
    <w:p>
      <w:pPr>
        <w:pStyle w:val="ListNumber"/>
        <w:spacing w:after="40"/>
      </w:pPr>
      <w:r>
        <w:rPr>
          <w:rFonts w:ascii="Calibri" w:hAnsi="Calibri" w:cs="Calibri"/>
          <w:b w:val="0"/>
          <w:i w:val="0"/>
          <w:color w:val="262626"/>
          <w:sz w:val="20"/>
        </w:rPr>
        <w:t>[Third topic]</w:t>
      </w:r>
    </w:p>
    <w:p>
      <w:pPr>
        <w:pStyle w:val="ListNumber"/>
        <w:spacing w:after="40"/>
      </w:pPr>
      <w:r>
        <w:rPr>
          <w:rFonts w:ascii="Calibri" w:hAnsi="Calibri" w:cs="Calibri"/>
          <w:b w:val="0"/>
          <w:i w:val="0"/>
          <w:color w:val="262626"/>
          <w:sz w:val="20"/>
        </w:rPr>
        <w:t>[Fourth topic]</w:t>
      </w:r>
    </w:p>
    <w:p>
      <w:pPr>
        <w:spacing w:before="160" w:after="60"/>
        <w:pBdr>
          <w:bottom w:val="single" w:sz="4" w:space="4" w:color="A6A6A6"/>
        </w:pBdr>
      </w:pPr>
      <w:r>
        <w:rPr>
          <w:rFonts w:ascii="Calibri" w:hAnsi="Calibri" w:cs="Calibri"/>
          <w:b/>
          <w:i w:val="0"/>
          <w:color w:val="404040"/>
          <w:sz w:val="22"/>
        </w:rPr>
        <w:t>4. Discussion</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Agenda item</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Summary of discussion</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Conclusion / decision</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Action items</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Action item</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Owner</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Due date</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Status</w:t>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Notes</w:t>
      </w:r>
    </w:p>
    <w:p>
      <w:r>
        <w:rPr>
          <w:rFonts w:ascii="Calibri" w:hAnsi="Calibri" w:cs="Calibri"/>
          <w:b w:val="0"/>
          <w:i/>
          <w:color w:val="262626"/>
          <w:sz w:val="20"/>
        </w:rPr>
        <w:t>[ ]</w:t>
      </w:r>
    </w:p>
    <w:p>
      <w:pPr>
        <w:spacing w:before="160" w:after="60"/>
        <w:pBdr>
          <w:bottom w:val="single" w:sz="4" w:space="4" w:color="A6A6A6"/>
        </w:pBdr>
      </w:pPr>
      <w:r>
        <w:rPr>
          <w:rFonts w:ascii="Calibri" w:hAnsi="Calibri" w:cs="Calibri"/>
          <w:b/>
          <w:i w:val="0"/>
          <w:color w:val="404040"/>
          <w:sz w:val="22"/>
        </w:rPr>
        <w:t>7.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These minutes record what was discussed and the action items agreed at the meeting. They are signed by the chair and the person taking the minutes, and filed with the supporting documents mentioned in the discussion.</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Meeting minutes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reunión</dc:title>
  <dc:subject>Acta de reunión</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