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[City], [DD/MM/YYYY]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[Nombre de la entidad o empresa]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Attn.: [Name and position]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Subject: request for [what you are requesting]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Dear Sir or Madam,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I, [full name], holder of ID [number], residing at [address], respectfully request [what you are requesting].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The reasons for this request are: [explain in two or three lines, with the date and the reference number if a case is already open].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The following documents are enclosed with this request: [documents required by the entity].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[Document 1]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[Document 2]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[Document 3]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Thank you for your attention. Please notify me of the decision by [email or address for notifications].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Contact details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[Full name]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Phone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Email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Address for notifications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</w:tbl>
    <w:p>
      <w:pPr>
        <w:spacing w:after="40"/>
      </w:pP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Yours faithfully,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[Full name]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ID: [número]</w:t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Enclosures: [documents attached]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Keep a copy of the letter showing the stamp or the reference number: it is your proof that you filed it.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[Applicant name] · Request letter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solicitud</dc:title>
  <dc:subject>Carta de solicitud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