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PLAN DE CLASE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Preparación de una sesión: objetivos, momentos y evaluación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[PC-___]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generales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Docente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 asignatura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Curso o grado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Tema de la sesión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Duración de la sesión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la clase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Aula o espacio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Número de estudiantes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Objetivos de aprendizaje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[Un objetivo se escribe con un verbo que se puede observar: identificar, clasificar, calcular, redactar, comparar. Evite «entender» o «conocer», porque no se pueden medir.]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9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Contenido o tema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Indicador</w:t>
            </w:r>
          </w:p>
        </w:tc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Evidencia o comentario</w:t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Saberes previos y materiales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[Qué necesita saber el estudiante antes de esta clase y qué pregunta de entrada sirve para comprobarlo.]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Materiales o recursos</w:t>
            </w:r>
          </w:p>
        </w:tc>
        <w:tc>
          <w:tcPr>
            <w:tcW w:type="dxa" w:w="65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Observaciones</w:t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5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5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5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5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Momentos de la clase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81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Momento</w:t>
            </w:r>
          </w:p>
        </w:tc>
        <w:tc>
          <w:tcPr>
            <w:tcW w:type="dxa" w:w="385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Actividad o compromiso</w:t>
            </w:r>
          </w:p>
        </w:tc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Tiempo estimado</w:t>
            </w:r>
          </w:p>
        </w:tc>
        <w:tc>
          <w:tcPr>
            <w:tcW w:type="dxa" w:w="13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Modalidad</w:t>
            </w:r>
          </w:p>
        </w:tc>
        <w:tc>
          <w:tcPr>
            <w:tcW w:type="dxa" w:w="113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Materiales o recursos</w:t>
            </w:r>
          </w:p>
        </w:tc>
      </w:tr>
      <w:tr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Inicio</w:t>
            </w:r>
          </w:p>
        </w:tc>
        <w:tc>
          <w:tcPr>
            <w:tcW w:type="dxa" w:w="385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10 minutos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Desarrollo</w:t>
            </w:r>
          </w:p>
        </w:tc>
        <w:tc>
          <w:tcPr>
            <w:tcW w:type="dxa" w:w="385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30 minutos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Cierre</w:t>
            </w:r>
          </w:p>
        </w:tc>
        <w:tc>
          <w:tcPr>
            <w:tcW w:type="dxa" w:w="385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10 minutos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Actividades de cierre y tarea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Actividad o compromiso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entrega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[Qué necesita saber el estudiante antes de esta clase y qué pregunta de entrada sirve para comprobarlo.]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Criterios de evaluación de la sesión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45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Criterio</w:t>
            </w:r>
          </w:p>
        </w:tc>
        <w:tc>
          <w:tcPr>
            <w:tcW w:type="dxa" w:w="204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Peso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Evidencia o comentario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Adaptaciones y estudiantes con necesidades específicas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[Qué se ajusta para quien va más adelante y para quien necesita más apoyo: material extra, tiempo adicional, trabajo en parejas, otra forma de mostrar lo aprendido.]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Observaciones después de la clase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[Se llena al terminar: qué funcionó, qué sobró, qué faltó, en qué se debe insistir la próxima sesión.]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 del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DOCENTE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 y firma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COORDINACIÓN ACADÉMICA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institución] · Plan de clase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clase</dc:title>
  <dc:subject>Preparación de una sesión de clase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