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tblLayout w:type="autofit"/>
        <w:tblLook w:firstColumn="1" w:firstRow="1" w:lastColumn="0" w:lastRow="0" w:noHBand="0" w:noVBand="1" w:val="04A0"/>
      </w:tblPr>
      <w:tblGrid>
        <w:gridCol w:w="9638"/>
      </w:tblGrid>
      <w:tr>
        <w:tc>
          <w:tcPr>
            <w:tcW w:type="dxa" w:w="9638"/>
            <w:shd w:val="clear" w:color="auto" w:fill="404040"/>
            <w:tcMar>
              <w:top w:w="70" w:type="dxa"/>
              <w:left w:w="110" w:type="dxa"/>
              <w:bottom w:w="70" w:type="dxa"/>
              <w:right w:w="110" w:type="dxa"/>
            </w:tcMar>
          </w:tcPr>
          <w:p>
            <w:pPr>
              <w:spacing w:after="0"/>
            </w:pPr>
            <w:r>
              <w:rPr>
                <w:rFonts w:ascii="Calibri" w:hAnsi="Calibri" w:cs="Calibri"/>
                <w:b/>
                <w:i w:val="0"/>
                <w:color w:val="FFFFFF"/>
                <w:sz w:val="23"/>
              </w:rPr>
              <w:t>ACTA DE TERMINACIÓN Y LIQUIDACIÓN DE CONTRATO</w:t>
            </w:r>
          </w:p>
        </w:tc>
      </w:tr>
    </w:tbl>
    <w:p>
      <w:pPr>
        <w:spacing w:after="40"/>
      </w:pPr>
    </w:p>
    <w:p>
      <w:r>
        <w:rPr>
          <w:rFonts w:ascii="Calibri" w:hAnsi="Calibri" w:cs="Calibri"/>
          <w:b w:val="0"/>
          <w:i/>
          <w:color w:val="595959"/>
          <w:sz w:val="19"/>
        </w:rPr>
        <w:t>Cierre de un contrato entre empresas: qué se entregó, qué se debe y qué queda pendiente</w:t>
      </w:r>
    </w:p>
    <w:tbl>
      <w:tblPr>
        <w:tblStyle w:val="TableGrid"/>
        <w:tblW w:type="auto" w:w="0"/>
        <w:tblLook w:firstColumn="1" w:firstRow="1" w:lastColumn="0" w:lastRow="0" w:noHBand="0" w:noVBand="1" w:val="04A0"/>
      </w:tblPr>
      <w:tblGrid>
        <w:gridCol w:w="2409"/>
        <w:gridCol w:w="2409"/>
        <w:gridCol w:w="2409"/>
        <w:gridCol w:w="2409"/>
      </w:tblGrid>
      <w:tr>
        <w:tc>
          <w:tcPr>
            <w:tcW w:type="dxa" w:w="2409"/>
            <w:shd w:val="clear" w:color="auto" w:fill="F2F2F2"/>
            <w:tcMar>
              <w:top w:w="40" w:type="dxa"/>
              <w:left w:w="80" w:type="dxa"/>
              <w:bottom w:w="40" w:type="dxa"/>
              <w:right w:w="80" w:type="dxa"/>
            </w:tcMar>
          </w:tcPr>
          <w:p>
            <w:pPr>
              <w:spacing w:after="0"/>
            </w:pPr>
            <w:r>
              <w:rPr>
                <w:rFonts w:ascii="Calibri" w:hAnsi="Calibri" w:cs="Calibri"/>
                <w:b/>
                <w:i w:val="0"/>
                <w:color w:val="595959"/>
                <w:sz w:val="17"/>
              </w:rPr>
              <w:t>Código</w:t>
            </w:r>
          </w:p>
        </w:tc>
        <w:tc>
          <w:tcPr>
            <w:tcW w:type="dxa" w:w="2409"/>
            <w:tcMar>
              <w:top w:w="40" w:type="dxa"/>
              <w:left w:w="80" w:type="dxa"/>
              <w:bottom w:w="40" w:type="dxa"/>
              <w:right w:w="80" w:type="dxa"/>
            </w:tcMar>
          </w:tcPr>
          <w:p>
            <w:pPr>
              <w:spacing w:after="0"/>
            </w:pPr>
            <w:r>
              <w:rPr>
                <w:rFonts w:ascii="Calibri" w:hAnsi="Calibri" w:cs="Calibri"/>
                <w:b w:val="0"/>
                <w:i w:val="0"/>
                <w:color w:val="262626"/>
                <w:sz w:val="17"/>
              </w:rPr>
              <w:t>[TL-___]</w:t>
            </w:r>
          </w:p>
        </w:tc>
        <w:tc>
          <w:tcPr>
            <w:tcW w:type="dxa" w:w="2409"/>
            <w:shd w:val="clear" w:color="auto" w:fill="F2F2F2"/>
            <w:tcMar>
              <w:top w:w="40" w:type="dxa"/>
              <w:left w:w="80" w:type="dxa"/>
              <w:bottom w:w="40" w:type="dxa"/>
              <w:right w:w="80" w:type="dxa"/>
            </w:tcMar>
          </w:tcPr>
          <w:p>
            <w:pPr>
              <w:spacing w:after="0"/>
            </w:pPr>
            <w:r>
              <w:rPr>
                <w:rFonts w:ascii="Calibri" w:hAnsi="Calibri" w:cs="Calibri"/>
                <w:b/>
                <w:i w:val="0"/>
                <w:color w:val="595959"/>
                <w:sz w:val="17"/>
              </w:rPr>
              <w:t>Versión</w:t>
            </w:r>
          </w:p>
        </w:tc>
        <w:tc>
          <w:tcPr>
            <w:tcW w:type="dxa" w:w="2409"/>
            <w:tcMar>
              <w:top w:w="40" w:type="dxa"/>
              <w:left w:w="80" w:type="dxa"/>
              <w:bottom w:w="40" w:type="dxa"/>
              <w:right w:w="80" w:type="dxa"/>
            </w:tcMar>
          </w:tcPr>
          <w:p>
            <w:pPr>
              <w:spacing w:after="0"/>
            </w:pPr>
            <w:r>
              <w:rPr>
                <w:rFonts w:ascii="Calibri" w:hAnsi="Calibri" w:cs="Calibri"/>
                <w:b w:val="0"/>
                <w:i w:val="0"/>
                <w:color w:val="262626"/>
                <w:sz w:val="17"/>
              </w:rPr>
              <w:t>1.0</w:t>
            </w:r>
          </w:p>
        </w:tc>
      </w:tr>
      <w:tr>
        <w:tc>
          <w:tcPr>
            <w:tcW w:type="dxa" w:w="2409"/>
            <w:shd w:val="clear" w:color="auto" w:fill="F2F2F2"/>
            <w:tcMar>
              <w:top w:w="40" w:type="dxa"/>
              <w:left w:w="80" w:type="dxa"/>
              <w:bottom w:w="40" w:type="dxa"/>
              <w:right w:w="80" w:type="dxa"/>
            </w:tcMar>
          </w:tcPr>
          <w:p>
            <w:pPr>
              <w:spacing w:after="0"/>
            </w:pPr>
            <w:r>
              <w:rPr>
                <w:rFonts w:ascii="Calibri" w:hAnsi="Calibri" w:cs="Calibri"/>
                <w:b/>
                <w:i w:val="0"/>
                <w:color w:val="595959"/>
                <w:sz w:val="17"/>
              </w:rPr>
              <w:t>Fecha</w:t>
            </w:r>
          </w:p>
        </w:tc>
        <w:tc>
          <w:tcPr>
            <w:tcW w:type="dxa" w:w="2409"/>
            <w:tcMar>
              <w:top w:w="40" w:type="dxa"/>
              <w:left w:w="80" w:type="dxa"/>
              <w:bottom w:w="40" w:type="dxa"/>
              <w:right w:w="80" w:type="dxa"/>
            </w:tcMar>
          </w:tcPr>
          <w:p>
            <w:pPr>
              <w:spacing w:after="0"/>
            </w:pPr>
            <w:r>
              <w:rPr>
                <w:rFonts w:ascii="Calibri" w:hAnsi="Calibri" w:cs="Calibri"/>
                <w:b w:val="0"/>
                <w:i w:val="0"/>
                <w:color w:val="262626"/>
                <w:sz w:val="17"/>
              </w:rPr>
              <w:t>[DD/MM/AAAA]</w:t>
            </w:r>
          </w:p>
        </w:tc>
        <w:tc>
          <w:tcPr>
            <w:tcW w:type="dxa" w:w="2409"/>
            <w:shd w:val="clear" w:color="auto" w:fill="F2F2F2"/>
            <w:tcMar>
              <w:top w:w="40" w:type="dxa"/>
              <w:left w:w="80" w:type="dxa"/>
              <w:bottom w:w="40" w:type="dxa"/>
              <w:right w:w="80" w:type="dxa"/>
            </w:tcMar>
          </w:tcPr>
          <w:p>
            <w:pPr>
              <w:spacing w:after="0"/>
            </w:pPr>
            <w:r>
              <w:rPr>
                <w:rFonts w:ascii="Calibri" w:hAnsi="Calibri" w:cs="Calibri"/>
                <w:b/>
                <w:i w:val="0"/>
                <w:color w:val="595959"/>
                <w:sz w:val="17"/>
              </w:rPr>
              <w:t>Responsable del documento</w:t>
            </w:r>
          </w:p>
        </w:tc>
        <w:tc>
          <w:tcPr>
            <w:tcW w:type="dxa" w:w="2409"/>
            <w:tcMar>
              <w:top w:w="40" w:type="dxa"/>
              <w:left w:w="80" w:type="dxa"/>
              <w:bottom w:w="40" w:type="dxa"/>
              <w:right w:w="80" w:type="dxa"/>
            </w:tcMar>
          </w:tcPr>
          <w:p>
            <w:pPr>
              <w:spacing w:after="0"/>
            </w:pPr>
            <w:r>
              <w:rPr>
                <w:rFonts w:ascii="Calibri" w:hAnsi="Calibri" w:cs="Calibri"/>
                <w:b w:val="0"/>
                <w:i w:val="0"/>
                <w:color w:val="262626"/>
                <w:sz w:val="17"/>
              </w:rPr>
            </w:r>
          </w:p>
        </w:tc>
      </w:tr>
    </w:tbl>
    <w:p>
      <w:pPr>
        <w:spacing w:after="40"/>
      </w:pPr>
    </w:p>
    <w:p>
      <w:pPr>
        <w:spacing w:before="160" w:after="60"/>
        <w:pBdr>
          <w:bottom w:val="single" w:sz="4" w:space="4" w:color="A6A6A6"/>
        </w:pBdr>
      </w:pPr>
      <w:r>
        <w:rPr>
          <w:rFonts w:ascii="Calibri" w:hAnsi="Calibri" w:cs="Calibri"/>
          <w:b/>
          <w:i w:val="0"/>
          <w:color w:val="404040"/>
          <w:sz w:val="22"/>
        </w:rPr>
        <w:t>1. Datos generales del acta</w:t>
      </w:r>
    </w:p>
    <w:tbl>
      <w:tblPr>
        <w:tblW w:type="auto" w:w="0"/>
        <w:tblLook w:firstColumn="1" w:firstRow="1" w:lastColumn="0" w:lastRow="0" w:noHBand="0" w:noVBand="1" w:val="04A0"/>
        <w:tblBorders>
          <w:top w:val="none" w:sz="0"/>
          <w:left w:val="none" w:sz="0"/>
          <w:bottom w:val="none" w:sz="0"/>
          <w:right w:val="none" w:sz="0"/>
          <w:insideH w:val="none" w:sz="0"/>
          <w:insideV w:val="none" w:sz="0"/>
        </w:tblBorders>
      </w:tblPr>
      <w:tblGrid>
        <w:gridCol w:w="2409"/>
        <w:gridCol w:w="2409"/>
        <w:gridCol w:w="2409"/>
        <w:gridCol w:w="2409"/>
      </w:tblGrid>
      <w:tr>
        <w:tc>
          <w:tcPr>
            <w:tcW w:type="dxa" w:w="2409"/>
            <w:tcMar>
              <w:top w:w="20" w:type="dxa"/>
              <w:left w:w="80" w:type="dxa"/>
              <w:bottom w:w="20" w:type="dxa"/>
              <w:right w:w="80" w:type="dxa"/>
            </w:tcMar>
          </w:tcPr>
          <w:p>
            <w:pPr>
              <w:spacing w:after="0"/>
            </w:pPr>
            <w:r>
              <w:rPr>
                <w:rFonts w:ascii="Calibri" w:hAnsi="Calibri" w:cs="Calibri"/>
                <w:b/>
                <w:i w:val="0"/>
                <w:color w:val="595959"/>
                <w:sz w:val="20"/>
              </w:rPr>
              <w:t>Acta N.º</w:t>
            </w:r>
          </w:p>
        </w:tc>
        <w:tc>
          <w:tcPr>
            <w:tcW w:type="dxa" w:w="2409"/>
            <w:tcMar>
              <w:top w:w="20" w:type="dxa"/>
              <w:left w:w="80" w:type="dxa"/>
              <w:bottom w:w="20" w:type="dxa"/>
              <w:right w:w="80" w:type="dxa"/>
            </w:tcMar>
          </w:tcPr>
          <w:p>
            <w:pPr>
              <w:spacing w:after="0"/>
              <w:pBdr>
                <w:bottom w:val="single" w:sz="4" w:space="4" w:color="A6A6A6"/>
              </w:pBdr>
            </w:pPr>
            <w:r>
              <w:rPr>
                <w:rFonts w:ascii="Calibri" w:hAnsi="Calibri" w:cs="Calibri"/>
                <w:b w:val="0"/>
                <w:i/>
                <w:color w:val="808080"/>
                <w:sz w:val="20"/>
              </w:rPr>
              <w:t>[DD/MM/AAAA]</w:t>
            </w:r>
          </w:p>
        </w:tc>
        <w:tc>
          <w:tcPr>
            <w:tcW w:type="dxa" w:w="2409"/>
            <w:tcMar>
              <w:top w:w="20" w:type="dxa"/>
              <w:left w:w="80" w:type="dxa"/>
              <w:bottom w:w="20" w:type="dxa"/>
              <w:right w:w="80" w:type="dxa"/>
            </w:tcMar>
          </w:tcPr>
          <w:p>
            <w:pPr>
              <w:spacing w:after="0"/>
            </w:pPr>
            <w:r>
              <w:rPr>
                <w:rFonts w:ascii="Calibri" w:hAnsi="Calibri" w:cs="Calibri"/>
                <w:b/>
                <w:i w:val="0"/>
                <w:color w:val="595959"/>
                <w:sz w:val="20"/>
              </w:rPr>
              <w:t>Fecha</w:t>
            </w:r>
          </w:p>
        </w:tc>
        <w:tc>
          <w:tcPr>
            <w:tcW w:type="dxa" w:w="2409"/>
            <w:tcMar>
              <w:top w:w="20" w:type="dxa"/>
              <w:left w:w="80" w:type="dxa"/>
              <w:bottom w:w="20" w:type="dxa"/>
              <w:right w:w="80" w:type="dxa"/>
            </w:tcMar>
          </w:tcPr>
          <w:p>
            <w:pPr>
              <w:spacing w:after="0"/>
              <w:pBdr>
                <w:bottom w:val="single" w:sz="4" w:space="4" w:color="A6A6A6"/>
              </w:pBdr>
            </w:pPr>
            <w:r>
              <w:rPr>
                <w:rFonts w:ascii="Calibri" w:hAnsi="Calibri" w:cs="Calibri"/>
                <w:b w:val="0"/>
                <w:i/>
                <w:color w:val="808080"/>
                <w:sz w:val="20"/>
              </w:rPr>
              <w:t>[DD/MM/AAAA]</w:t>
            </w:r>
          </w:p>
        </w:tc>
      </w:tr>
      <w:tr>
        <w:tc>
          <w:tcPr>
            <w:tcW w:type="dxa" w:w="2409"/>
            <w:tcMar>
              <w:top w:w="20" w:type="dxa"/>
              <w:left w:w="80" w:type="dxa"/>
              <w:bottom w:w="20" w:type="dxa"/>
              <w:right w:w="80" w:type="dxa"/>
            </w:tcMar>
          </w:tcPr>
          <w:p>
            <w:pPr>
              <w:spacing w:after="0"/>
            </w:pPr>
            <w:r>
              <w:rPr>
                <w:rFonts w:ascii="Calibri" w:hAnsi="Calibri" w:cs="Calibri"/>
                <w:b/>
                <w:i w:val="0"/>
                <w:color w:val="595959"/>
                <w:sz w:val="20"/>
              </w:rPr>
              <w:t>Lugar</w:t>
            </w:r>
          </w:p>
        </w:tc>
        <w:tc>
          <w:tcPr>
            <w:tcW w:type="dxa" w:w="2409"/>
            <w:tcMar>
              <w:top w:w="20" w:type="dxa"/>
              <w:left w:w="80" w:type="dxa"/>
              <w:bottom w:w="20" w:type="dxa"/>
              <w:right w:w="80" w:type="dxa"/>
            </w:tcMar>
          </w:tcPr>
          <w:p>
            <w:pPr>
              <w:spacing w:after="0"/>
              <w:pBdr>
                <w:bottom w:val="single" w:sz="4" w:space="4" w:color="A6A6A6"/>
              </w:pBdr>
            </w:pPr>
            <w:r>
              <w:rPr>
                <w:rFonts w:ascii="Calibri" w:hAnsi="Calibri" w:cs="Calibri"/>
                <w:b w:val="0"/>
                <w:i/>
                <w:color w:val="808080"/>
                <w:sz w:val="20"/>
              </w:rPr>
              <w:t>[ ]</w:t>
            </w:r>
          </w:p>
        </w:tc>
        <w:tc>
          <w:tcPr>
            <w:tcW w:type="dxa" w:w="2409"/>
          </w:tcPr>
          <w:p/>
        </w:tc>
        <w:tc>
          <w:tcPr>
            <w:tcW w:type="dxa" w:w="2409"/>
          </w:tcPr>
          <w:p/>
        </w:tc>
      </w:tr>
    </w:tbl>
    <w:p>
      <w:pPr>
        <w:spacing w:after="40"/>
      </w:pPr>
    </w:p>
    <w:p>
      <w:pPr>
        <w:spacing w:before="160" w:after="60"/>
        <w:pBdr>
          <w:bottom w:val="single" w:sz="4" w:space="4" w:color="A6A6A6"/>
        </w:pBdr>
      </w:pPr>
      <w:r>
        <w:rPr>
          <w:rFonts w:ascii="Calibri" w:hAnsi="Calibri" w:cs="Calibri"/>
          <w:b/>
          <w:i w:val="0"/>
          <w:color w:val="404040"/>
          <w:sz w:val="22"/>
        </w:rPr>
        <w:t>2. Partes y contrato que se termina</w:t>
      </w:r>
    </w:p>
    <w:p>
      <w:r>
        <w:rPr>
          <w:rFonts w:ascii="Calibri" w:hAnsi="Calibri" w:cs="Calibri"/>
          <w:b w:val="0"/>
          <w:i w:val="0"/>
          <w:color w:val="262626"/>
          <w:sz w:val="21"/>
        </w:rPr>
        <w:t>PARTE QUE ENTREGA O PRESTA EL SERVICIO</w:t>
      </w:r>
    </w:p>
    <w:tbl>
      <w:tblPr>
        <w:tblW w:type="auto" w:w="0"/>
        <w:tblLook w:firstColumn="1" w:firstRow="1" w:lastColumn="0" w:lastRow="0" w:noHBand="0" w:noVBand="1" w:val="04A0"/>
        <w:tblBorders>
          <w:top w:val="none" w:sz="0"/>
          <w:left w:val="none" w:sz="0"/>
          <w:bottom w:val="none" w:sz="0"/>
          <w:right w:val="none" w:sz="0"/>
          <w:insideH w:val="none" w:sz="0"/>
          <w:insideV w:val="none" w:sz="0"/>
        </w:tblBorders>
      </w:tblPr>
      <w:tblGrid>
        <w:gridCol w:w="2409"/>
        <w:gridCol w:w="2409"/>
        <w:gridCol w:w="2409"/>
        <w:gridCol w:w="2409"/>
      </w:tblGrid>
      <w:tr>
        <w:tc>
          <w:tcPr>
            <w:tcW w:type="dxa" w:w="2409"/>
            <w:tcMar>
              <w:top w:w="20" w:type="dxa"/>
              <w:left w:w="80" w:type="dxa"/>
              <w:bottom w:w="20" w:type="dxa"/>
              <w:right w:w="80" w:type="dxa"/>
            </w:tcMar>
          </w:tcPr>
          <w:p>
            <w:pPr>
              <w:spacing w:after="0"/>
            </w:pPr>
            <w:r>
              <w:rPr>
                <w:rFonts w:ascii="Calibri" w:hAnsi="Calibri" w:cs="Calibri"/>
                <w:b/>
                <w:i w:val="0"/>
                <w:color w:val="595959"/>
                <w:sz w:val="20"/>
              </w:rPr>
              <w:t>Nombre completo</w:t>
            </w:r>
          </w:p>
        </w:tc>
        <w:tc>
          <w:tcPr>
            <w:tcW w:type="dxa" w:w="2409"/>
            <w:tcMar>
              <w:top w:w="20" w:type="dxa"/>
              <w:left w:w="80" w:type="dxa"/>
              <w:bottom w:w="20" w:type="dxa"/>
              <w:right w:w="80" w:type="dxa"/>
            </w:tcMar>
          </w:tcPr>
          <w:p>
            <w:pPr>
              <w:spacing w:after="0"/>
              <w:pBdr>
                <w:bottom w:val="single" w:sz="4" w:space="4" w:color="A6A6A6"/>
              </w:pBdr>
            </w:pPr>
            <w:r>
              <w:rPr>
                <w:rFonts w:ascii="Calibri" w:hAnsi="Calibri" w:cs="Calibri"/>
                <w:b w:val="0"/>
                <w:i/>
                <w:color w:val="808080"/>
                <w:sz w:val="20"/>
              </w:rPr>
              <w:t>[ ]</w:t>
            </w:r>
          </w:p>
        </w:tc>
        <w:tc>
          <w:tcPr>
            <w:tcW w:type="dxa" w:w="2409"/>
            <w:tcMar>
              <w:top w:w="20" w:type="dxa"/>
              <w:left w:w="80" w:type="dxa"/>
              <w:bottom w:w="20" w:type="dxa"/>
              <w:right w:w="80" w:type="dxa"/>
            </w:tcMar>
          </w:tcPr>
          <w:p>
            <w:pPr>
              <w:spacing w:after="0"/>
            </w:pPr>
            <w:r>
              <w:rPr>
                <w:rFonts w:ascii="Calibri" w:hAnsi="Calibri" w:cs="Calibri"/>
                <w:b/>
                <w:i w:val="0"/>
                <w:color w:val="595959"/>
                <w:sz w:val="20"/>
              </w:rPr>
              <w:t>Documento de identidad o NIT</w:t>
            </w:r>
          </w:p>
        </w:tc>
        <w:tc>
          <w:tcPr>
            <w:tcW w:type="dxa" w:w="2409"/>
            <w:tcMar>
              <w:top w:w="20" w:type="dxa"/>
              <w:left w:w="80" w:type="dxa"/>
              <w:bottom w:w="20" w:type="dxa"/>
              <w:right w:w="80" w:type="dxa"/>
            </w:tcMar>
          </w:tcPr>
          <w:p>
            <w:pPr>
              <w:spacing w:after="0"/>
              <w:pBdr>
                <w:bottom w:val="single" w:sz="4" w:space="4" w:color="A6A6A6"/>
              </w:pBdr>
            </w:pPr>
            <w:r>
              <w:rPr>
                <w:rFonts w:ascii="Calibri" w:hAnsi="Calibri" w:cs="Calibri"/>
                <w:b w:val="0"/>
                <w:i/>
                <w:color w:val="808080"/>
                <w:sz w:val="20"/>
              </w:rPr>
              <w:t>[ ]</w:t>
            </w:r>
          </w:p>
        </w:tc>
      </w:tr>
      <w:tr>
        <w:tc>
          <w:tcPr>
            <w:tcW w:type="dxa" w:w="2409"/>
            <w:tcMar>
              <w:top w:w="20" w:type="dxa"/>
              <w:left w:w="80" w:type="dxa"/>
              <w:bottom w:w="20" w:type="dxa"/>
              <w:right w:w="80" w:type="dxa"/>
            </w:tcMar>
          </w:tcPr>
          <w:p>
            <w:pPr>
              <w:spacing w:after="0"/>
            </w:pPr>
            <w:r>
              <w:rPr>
                <w:rFonts w:ascii="Calibri" w:hAnsi="Calibri" w:cs="Calibri"/>
                <w:b/>
                <w:i w:val="0"/>
                <w:color w:val="595959"/>
                <w:sz w:val="20"/>
              </w:rPr>
              <w:t>Dirección</w:t>
            </w:r>
          </w:p>
        </w:tc>
        <w:tc>
          <w:tcPr>
            <w:tcW w:type="dxa" w:w="2409"/>
            <w:tcMar>
              <w:top w:w="20" w:type="dxa"/>
              <w:left w:w="80" w:type="dxa"/>
              <w:bottom w:w="20" w:type="dxa"/>
              <w:right w:w="80" w:type="dxa"/>
            </w:tcMar>
          </w:tcPr>
          <w:p>
            <w:pPr>
              <w:spacing w:after="0"/>
              <w:pBdr>
                <w:bottom w:val="single" w:sz="4" w:space="4" w:color="A6A6A6"/>
              </w:pBdr>
            </w:pPr>
            <w:r>
              <w:rPr>
                <w:rFonts w:ascii="Calibri" w:hAnsi="Calibri" w:cs="Calibri"/>
                <w:b w:val="0"/>
                <w:i/>
                <w:color w:val="808080"/>
                <w:sz w:val="20"/>
              </w:rPr>
              <w:t>[ ]</w:t>
            </w:r>
          </w:p>
        </w:tc>
        <w:tc>
          <w:tcPr>
            <w:tcW w:type="dxa" w:w="2409"/>
            <w:tcMar>
              <w:top w:w="20" w:type="dxa"/>
              <w:left w:w="80" w:type="dxa"/>
              <w:bottom w:w="20" w:type="dxa"/>
              <w:right w:w="80" w:type="dxa"/>
            </w:tcMar>
          </w:tcPr>
          <w:p>
            <w:pPr>
              <w:spacing w:after="0"/>
            </w:pPr>
            <w:r>
              <w:rPr>
                <w:rFonts w:ascii="Calibri" w:hAnsi="Calibri" w:cs="Calibri"/>
                <w:b/>
                <w:i w:val="0"/>
                <w:color w:val="595959"/>
                <w:sz w:val="20"/>
              </w:rPr>
              <w:t>Correo electrónico</w:t>
            </w:r>
          </w:p>
        </w:tc>
        <w:tc>
          <w:tcPr>
            <w:tcW w:type="dxa" w:w="2409"/>
            <w:tcMar>
              <w:top w:w="20" w:type="dxa"/>
              <w:left w:w="80" w:type="dxa"/>
              <w:bottom w:w="20" w:type="dxa"/>
              <w:right w:w="80" w:type="dxa"/>
            </w:tcMar>
          </w:tcPr>
          <w:p>
            <w:pPr>
              <w:spacing w:after="0"/>
              <w:pBdr>
                <w:bottom w:val="single" w:sz="4" w:space="4" w:color="A6A6A6"/>
              </w:pBdr>
            </w:pPr>
            <w:r>
              <w:rPr>
                <w:rFonts w:ascii="Calibri" w:hAnsi="Calibri" w:cs="Calibri"/>
                <w:b w:val="0"/>
                <w:i/>
                <w:color w:val="808080"/>
                <w:sz w:val="20"/>
              </w:rPr>
              <w:t>[ ]</w:t>
            </w:r>
          </w:p>
        </w:tc>
      </w:tr>
    </w:tbl>
    <w:p>
      <w:pPr>
        <w:spacing w:after="40"/>
      </w:pPr>
    </w:p>
    <w:p>
      <w:r>
        <w:rPr>
          <w:rFonts w:ascii="Calibri" w:hAnsi="Calibri" w:cs="Calibri"/>
          <w:b w:val="0"/>
          <w:i w:val="0"/>
          <w:color w:val="262626"/>
          <w:sz w:val="21"/>
        </w:rPr>
        <w:t>PARTE QUE CONTRATÓ O RECIBE EL SERVICIO</w:t>
      </w:r>
    </w:p>
    <w:tbl>
      <w:tblPr>
        <w:tblW w:type="auto" w:w="0"/>
        <w:tblLook w:firstColumn="1" w:firstRow="1" w:lastColumn="0" w:lastRow="0" w:noHBand="0" w:noVBand="1" w:val="04A0"/>
        <w:tblBorders>
          <w:top w:val="none" w:sz="0"/>
          <w:left w:val="none" w:sz="0"/>
          <w:bottom w:val="none" w:sz="0"/>
          <w:right w:val="none" w:sz="0"/>
          <w:insideH w:val="none" w:sz="0"/>
          <w:insideV w:val="none" w:sz="0"/>
        </w:tblBorders>
      </w:tblPr>
      <w:tblGrid>
        <w:gridCol w:w="2409"/>
        <w:gridCol w:w="2409"/>
        <w:gridCol w:w="2409"/>
        <w:gridCol w:w="2409"/>
      </w:tblGrid>
      <w:tr>
        <w:tc>
          <w:tcPr>
            <w:tcW w:type="dxa" w:w="2409"/>
            <w:tcMar>
              <w:top w:w="20" w:type="dxa"/>
              <w:left w:w="80" w:type="dxa"/>
              <w:bottom w:w="20" w:type="dxa"/>
              <w:right w:w="80" w:type="dxa"/>
            </w:tcMar>
          </w:tcPr>
          <w:p>
            <w:pPr>
              <w:spacing w:after="0"/>
            </w:pPr>
            <w:r>
              <w:rPr>
                <w:rFonts w:ascii="Calibri" w:hAnsi="Calibri" w:cs="Calibri"/>
                <w:b/>
                <w:i w:val="0"/>
                <w:color w:val="595959"/>
                <w:sz w:val="20"/>
              </w:rPr>
              <w:t>Nombre completo</w:t>
            </w:r>
          </w:p>
        </w:tc>
        <w:tc>
          <w:tcPr>
            <w:tcW w:type="dxa" w:w="2409"/>
            <w:tcMar>
              <w:top w:w="20" w:type="dxa"/>
              <w:left w:w="80" w:type="dxa"/>
              <w:bottom w:w="20" w:type="dxa"/>
              <w:right w:w="80" w:type="dxa"/>
            </w:tcMar>
          </w:tcPr>
          <w:p>
            <w:pPr>
              <w:spacing w:after="0"/>
              <w:pBdr>
                <w:bottom w:val="single" w:sz="4" w:space="4" w:color="A6A6A6"/>
              </w:pBdr>
            </w:pPr>
            <w:r>
              <w:rPr>
                <w:rFonts w:ascii="Calibri" w:hAnsi="Calibri" w:cs="Calibri"/>
                <w:b w:val="0"/>
                <w:i/>
                <w:color w:val="808080"/>
                <w:sz w:val="20"/>
              </w:rPr>
              <w:t>[ ]</w:t>
            </w:r>
          </w:p>
        </w:tc>
        <w:tc>
          <w:tcPr>
            <w:tcW w:type="dxa" w:w="2409"/>
            <w:tcMar>
              <w:top w:w="20" w:type="dxa"/>
              <w:left w:w="80" w:type="dxa"/>
              <w:bottom w:w="20" w:type="dxa"/>
              <w:right w:w="80" w:type="dxa"/>
            </w:tcMar>
          </w:tcPr>
          <w:p>
            <w:pPr>
              <w:spacing w:after="0"/>
            </w:pPr>
            <w:r>
              <w:rPr>
                <w:rFonts w:ascii="Calibri" w:hAnsi="Calibri" w:cs="Calibri"/>
                <w:b/>
                <w:i w:val="0"/>
                <w:color w:val="595959"/>
                <w:sz w:val="20"/>
              </w:rPr>
              <w:t>Documento de identidad o NIT</w:t>
            </w:r>
          </w:p>
        </w:tc>
        <w:tc>
          <w:tcPr>
            <w:tcW w:type="dxa" w:w="2409"/>
            <w:tcMar>
              <w:top w:w="20" w:type="dxa"/>
              <w:left w:w="80" w:type="dxa"/>
              <w:bottom w:w="20" w:type="dxa"/>
              <w:right w:w="80" w:type="dxa"/>
            </w:tcMar>
          </w:tcPr>
          <w:p>
            <w:pPr>
              <w:spacing w:after="0"/>
              <w:pBdr>
                <w:bottom w:val="single" w:sz="4" w:space="4" w:color="A6A6A6"/>
              </w:pBdr>
            </w:pPr>
            <w:r>
              <w:rPr>
                <w:rFonts w:ascii="Calibri" w:hAnsi="Calibri" w:cs="Calibri"/>
                <w:b w:val="0"/>
                <w:i/>
                <w:color w:val="808080"/>
                <w:sz w:val="20"/>
              </w:rPr>
              <w:t>[ ]</w:t>
            </w:r>
          </w:p>
        </w:tc>
      </w:tr>
      <w:tr>
        <w:tc>
          <w:tcPr>
            <w:tcW w:type="dxa" w:w="2409"/>
            <w:tcMar>
              <w:top w:w="20" w:type="dxa"/>
              <w:left w:w="80" w:type="dxa"/>
              <w:bottom w:w="20" w:type="dxa"/>
              <w:right w:w="80" w:type="dxa"/>
            </w:tcMar>
          </w:tcPr>
          <w:p>
            <w:pPr>
              <w:spacing w:after="0"/>
            </w:pPr>
            <w:r>
              <w:rPr>
                <w:rFonts w:ascii="Calibri" w:hAnsi="Calibri" w:cs="Calibri"/>
                <w:b/>
                <w:i w:val="0"/>
                <w:color w:val="595959"/>
                <w:sz w:val="20"/>
              </w:rPr>
              <w:t>Dirección</w:t>
            </w:r>
          </w:p>
        </w:tc>
        <w:tc>
          <w:tcPr>
            <w:tcW w:type="dxa" w:w="2409"/>
            <w:tcMar>
              <w:top w:w="20" w:type="dxa"/>
              <w:left w:w="80" w:type="dxa"/>
              <w:bottom w:w="20" w:type="dxa"/>
              <w:right w:w="80" w:type="dxa"/>
            </w:tcMar>
          </w:tcPr>
          <w:p>
            <w:pPr>
              <w:spacing w:after="0"/>
              <w:pBdr>
                <w:bottom w:val="single" w:sz="4" w:space="4" w:color="A6A6A6"/>
              </w:pBdr>
            </w:pPr>
            <w:r>
              <w:rPr>
                <w:rFonts w:ascii="Calibri" w:hAnsi="Calibri" w:cs="Calibri"/>
                <w:b w:val="0"/>
                <w:i/>
                <w:color w:val="808080"/>
                <w:sz w:val="20"/>
              </w:rPr>
              <w:t>[ ]</w:t>
            </w:r>
          </w:p>
        </w:tc>
        <w:tc>
          <w:tcPr>
            <w:tcW w:type="dxa" w:w="2409"/>
            <w:tcMar>
              <w:top w:w="20" w:type="dxa"/>
              <w:left w:w="80" w:type="dxa"/>
              <w:bottom w:w="20" w:type="dxa"/>
              <w:right w:w="80" w:type="dxa"/>
            </w:tcMar>
          </w:tcPr>
          <w:p>
            <w:pPr>
              <w:spacing w:after="0"/>
            </w:pPr>
            <w:r>
              <w:rPr>
                <w:rFonts w:ascii="Calibri" w:hAnsi="Calibri" w:cs="Calibri"/>
                <w:b/>
                <w:i w:val="0"/>
                <w:color w:val="595959"/>
                <w:sz w:val="20"/>
              </w:rPr>
              <w:t>Correo electrónico</w:t>
            </w:r>
          </w:p>
        </w:tc>
        <w:tc>
          <w:tcPr>
            <w:tcW w:type="dxa" w:w="2409"/>
            <w:tcMar>
              <w:top w:w="20" w:type="dxa"/>
              <w:left w:w="80" w:type="dxa"/>
              <w:bottom w:w="20" w:type="dxa"/>
              <w:right w:w="80" w:type="dxa"/>
            </w:tcMar>
          </w:tcPr>
          <w:p>
            <w:pPr>
              <w:spacing w:after="0"/>
              <w:pBdr>
                <w:bottom w:val="single" w:sz="4" w:space="4" w:color="A6A6A6"/>
              </w:pBdr>
            </w:pPr>
            <w:r>
              <w:rPr>
                <w:rFonts w:ascii="Calibri" w:hAnsi="Calibri" w:cs="Calibri"/>
                <w:b w:val="0"/>
                <w:i/>
                <w:color w:val="808080"/>
                <w:sz w:val="20"/>
              </w:rPr>
              <w:t>[ ]</w:t>
            </w:r>
          </w:p>
        </w:tc>
      </w:tr>
    </w:tbl>
    <w:p>
      <w:pPr>
        <w:spacing w:after="40"/>
      </w:pPr>
    </w:p>
    <w:tbl>
      <w:tblPr>
        <w:tblW w:type="auto" w:w="0"/>
        <w:tblLook w:firstColumn="1" w:firstRow="1" w:lastColumn="0" w:lastRow="0" w:noHBand="0" w:noVBand="1" w:val="04A0"/>
        <w:tblBorders>
          <w:top w:val="none" w:sz="0"/>
          <w:left w:val="none" w:sz="0"/>
          <w:bottom w:val="none" w:sz="0"/>
          <w:right w:val="none" w:sz="0"/>
          <w:insideH w:val="none" w:sz="0"/>
          <w:insideV w:val="none" w:sz="0"/>
        </w:tblBorders>
      </w:tblPr>
      <w:tblGrid>
        <w:gridCol w:w="2409"/>
        <w:gridCol w:w="2409"/>
        <w:gridCol w:w="2409"/>
        <w:gridCol w:w="2409"/>
      </w:tblGrid>
      <w:tr>
        <w:tc>
          <w:tcPr>
            <w:tcW w:type="dxa" w:w="2409"/>
            <w:tcMar>
              <w:top w:w="20" w:type="dxa"/>
              <w:left w:w="80" w:type="dxa"/>
              <w:bottom w:w="20" w:type="dxa"/>
              <w:right w:w="80" w:type="dxa"/>
            </w:tcMar>
          </w:tcPr>
          <w:p>
            <w:pPr>
              <w:spacing w:after="0"/>
            </w:pPr>
            <w:r>
              <w:rPr>
                <w:rFonts w:ascii="Calibri" w:hAnsi="Calibri" w:cs="Calibri"/>
                <w:b/>
                <w:i w:val="0"/>
                <w:color w:val="595959"/>
                <w:sz w:val="20"/>
              </w:rPr>
              <w:t>Contrato o pedido N.º</w:t>
            </w:r>
          </w:p>
        </w:tc>
        <w:tc>
          <w:tcPr>
            <w:tcW w:type="dxa" w:w="2409"/>
            <w:tcMar>
              <w:top w:w="20" w:type="dxa"/>
              <w:left w:w="80" w:type="dxa"/>
              <w:bottom w:w="20" w:type="dxa"/>
              <w:right w:w="80" w:type="dxa"/>
            </w:tcMar>
          </w:tcPr>
          <w:p>
            <w:pPr>
              <w:spacing w:after="0"/>
              <w:pBdr>
                <w:bottom w:val="single" w:sz="4" w:space="4" w:color="A6A6A6"/>
              </w:pBdr>
            </w:pPr>
            <w:r>
              <w:rPr>
                <w:rFonts w:ascii="Calibri" w:hAnsi="Calibri" w:cs="Calibri"/>
                <w:b w:val="0"/>
                <w:i/>
                <w:color w:val="808080"/>
                <w:sz w:val="20"/>
              </w:rPr>
              <w:t>[ ]</w:t>
            </w:r>
          </w:p>
        </w:tc>
        <w:tc>
          <w:tcPr>
            <w:tcW w:type="dxa" w:w="2409"/>
            <w:tcMar>
              <w:top w:w="20" w:type="dxa"/>
              <w:left w:w="80" w:type="dxa"/>
              <w:bottom w:w="20" w:type="dxa"/>
              <w:right w:w="80" w:type="dxa"/>
            </w:tcMar>
          </w:tcPr>
          <w:p>
            <w:pPr>
              <w:spacing w:after="0"/>
            </w:pPr>
            <w:r>
              <w:rPr>
                <w:rFonts w:ascii="Calibri" w:hAnsi="Calibri" w:cs="Calibri"/>
                <w:b/>
                <w:i w:val="0"/>
                <w:color w:val="595959"/>
                <w:sz w:val="20"/>
              </w:rPr>
              <w:t>Objeto del contrato</w:t>
            </w:r>
          </w:p>
        </w:tc>
        <w:tc>
          <w:tcPr>
            <w:tcW w:type="dxa" w:w="2409"/>
            <w:tcMar>
              <w:top w:w="20" w:type="dxa"/>
              <w:left w:w="80" w:type="dxa"/>
              <w:bottom w:w="20" w:type="dxa"/>
              <w:right w:w="80" w:type="dxa"/>
            </w:tcMar>
          </w:tcPr>
          <w:p>
            <w:pPr>
              <w:spacing w:after="0"/>
              <w:pBdr>
                <w:bottom w:val="single" w:sz="4" w:space="4" w:color="A6A6A6"/>
              </w:pBdr>
            </w:pPr>
            <w:r>
              <w:rPr>
                <w:rFonts w:ascii="Calibri" w:hAnsi="Calibri" w:cs="Calibri"/>
                <w:b w:val="0"/>
                <w:i/>
                <w:color w:val="808080"/>
                <w:sz w:val="20"/>
              </w:rPr>
              <w:t>[ ]</w:t>
            </w:r>
          </w:p>
        </w:tc>
      </w:tr>
      <w:tr>
        <w:tc>
          <w:tcPr>
            <w:tcW w:type="dxa" w:w="2409"/>
            <w:tcMar>
              <w:top w:w="20" w:type="dxa"/>
              <w:left w:w="80" w:type="dxa"/>
              <w:bottom w:w="20" w:type="dxa"/>
              <w:right w:w="80" w:type="dxa"/>
            </w:tcMar>
          </w:tcPr>
          <w:p>
            <w:pPr>
              <w:spacing w:after="0"/>
            </w:pPr>
            <w:r>
              <w:rPr>
                <w:rFonts w:ascii="Calibri" w:hAnsi="Calibri" w:cs="Calibri"/>
                <w:b/>
                <w:i w:val="0"/>
                <w:color w:val="595959"/>
                <w:sz w:val="20"/>
              </w:rPr>
              <w:t>Fecha de inicio del contrato</w:t>
            </w:r>
          </w:p>
        </w:tc>
        <w:tc>
          <w:tcPr>
            <w:tcW w:type="dxa" w:w="2409"/>
            <w:tcMar>
              <w:top w:w="20" w:type="dxa"/>
              <w:left w:w="80" w:type="dxa"/>
              <w:bottom w:w="20" w:type="dxa"/>
              <w:right w:w="80" w:type="dxa"/>
            </w:tcMar>
          </w:tcPr>
          <w:p>
            <w:pPr>
              <w:spacing w:after="0"/>
              <w:pBdr>
                <w:bottom w:val="single" w:sz="4" w:space="4" w:color="A6A6A6"/>
              </w:pBdr>
            </w:pPr>
            <w:r>
              <w:rPr>
                <w:rFonts w:ascii="Calibri" w:hAnsi="Calibri" w:cs="Calibri"/>
                <w:b w:val="0"/>
                <w:i/>
                <w:color w:val="808080"/>
                <w:sz w:val="20"/>
              </w:rPr>
              <w:t>[DD/MM/AAAA]</w:t>
            </w:r>
          </w:p>
        </w:tc>
        <w:tc>
          <w:tcPr>
            <w:tcW w:type="dxa" w:w="2409"/>
            <w:tcMar>
              <w:top w:w="20" w:type="dxa"/>
              <w:left w:w="80" w:type="dxa"/>
              <w:bottom w:w="20" w:type="dxa"/>
              <w:right w:w="80" w:type="dxa"/>
            </w:tcMar>
          </w:tcPr>
          <w:p>
            <w:pPr>
              <w:spacing w:after="0"/>
            </w:pPr>
            <w:r>
              <w:rPr>
                <w:rFonts w:ascii="Calibri" w:hAnsi="Calibri" w:cs="Calibri"/>
                <w:b/>
                <w:i w:val="0"/>
                <w:color w:val="595959"/>
                <w:sz w:val="20"/>
              </w:rPr>
              <w:t>Valor pactado y moneda</w:t>
            </w:r>
          </w:p>
        </w:tc>
        <w:tc>
          <w:tcPr>
            <w:tcW w:type="dxa" w:w="2409"/>
            <w:tcMar>
              <w:top w:w="20" w:type="dxa"/>
              <w:left w:w="80" w:type="dxa"/>
              <w:bottom w:w="20" w:type="dxa"/>
              <w:right w:w="80" w:type="dxa"/>
            </w:tcMar>
          </w:tcPr>
          <w:p>
            <w:pPr>
              <w:spacing w:after="0"/>
              <w:pBdr>
                <w:bottom w:val="single" w:sz="4" w:space="4" w:color="A6A6A6"/>
              </w:pBdr>
            </w:pPr>
            <w:r>
              <w:rPr>
                <w:rFonts w:ascii="Calibri" w:hAnsi="Calibri" w:cs="Calibri"/>
                <w:b w:val="0"/>
                <w:i/>
                <w:color w:val="808080"/>
                <w:sz w:val="20"/>
              </w:rPr>
              <w:t>[ ]</w:t>
            </w:r>
          </w:p>
        </w:tc>
      </w:tr>
    </w:tbl>
    <w:p>
      <w:pPr>
        <w:spacing w:after="40"/>
      </w:pPr>
    </w:p>
    <w:p>
      <w:pPr>
        <w:spacing w:before="160" w:after="60"/>
        <w:pBdr>
          <w:bottom w:val="single" w:sz="4" w:space="4" w:color="A6A6A6"/>
        </w:pBdr>
      </w:pPr>
      <w:r>
        <w:rPr>
          <w:rFonts w:ascii="Calibri" w:hAnsi="Calibri" w:cs="Calibri"/>
          <w:b/>
          <w:i w:val="0"/>
          <w:color w:val="404040"/>
          <w:sz w:val="22"/>
        </w:rPr>
        <w:t>3. Motivo de la terminación</w:t>
      </w:r>
    </w:p>
    <w:tbl>
      <w:tblPr>
        <w:tblW w:type="auto" w:w="0"/>
        <w:tblLook w:firstColumn="1" w:firstRow="1" w:lastColumn="0" w:lastRow="0" w:noHBand="0" w:noVBand="1" w:val="04A0"/>
        <w:tblBorders>
          <w:top w:val="none" w:sz="0"/>
          <w:left w:val="none" w:sz="0"/>
          <w:bottom w:val="none" w:sz="0"/>
          <w:right w:val="none" w:sz="0"/>
          <w:insideH w:val="none" w:sz="0"/>
          <w:insideV w:val="none" w:sz="0"/>
        </w:tblBorders>
      </w:tblPr>
      <w:tblGrid>
        <w:gridCol w:w="2409"/>
        <w:gridCol w:w="2409"/>
        <w:gridCol w:w="2409"/>
        <w:gridCol w:w="2409"/>
      </w:tblGrid>
      <w:tr>
        <w:tc>
          <w:tcPr>
            <w:tcW w:type="dxa" w:w="2409"/>
            <w:tcMar>
              <w:top w:w="20" w:type="dxa"/>
              <w:left w:w="80" w:type="dxa"/>
              <w:bottom w:w="20" w:type="dxa"/>
              <w:right w:w="80" w:type="dxa"/>
            </w:tcMar>
          </w:tcPr>
          <w:p>
            <w:pPr>
              <w:spacing w:after="0"/>
            </w:pPr>
            <w:r>
              <w:rPr>
                <w:rFonts w:ascii="Calibri" w:hAnsi="Calibri" w:cs="Calibri"/>
                <w:b/>
                <w:i w:val="0"/>
                <w:color w:val="595959"/>
                <w:sz w:val="20"/>
              </w:rPr>
              <w:t>Motivo (mutuo acuerdo / vencimiento del plazo / incumplimiento / otro)</w:t>
            </w:r>
          </w:p>
        </w:tc>
        <w:tc>
          <w:tcPr>
            <w:tcW w:type="dxa" w:w="2409"/>
            <w:tcMar>
              <w:top w:w="20" w:type="dxa"/>
              <w:left w:w="80" w:type="dxa"/>
              <w:bottom w:w="20" w:type="dxa"/>
              <w:right w:w="80" w:type="dxa"/>
            </w:tcMar>
          </w:tcPr>
          <w:p>
            <w:pPr>
              <w:spacing w:after="0"/>
              <w:pBdr>
                <w:bottom w:val="single" w:sz="4" w:space="4" w:color="A6A6A6"/>
              </w:pBdr>
            </w:pPr>
            <w:r>
              <w:rPr>
                <w:rFonts w:ascii="Calibri" w:hAnsi="Calibri" w:cs="Calibri"/>
                <w:b w:val="0"/>
                <w:i/>
                <w:color w:val="808080"/>
                <w:sz w:val="20"/>
              </w:rPr>
              <w:t>[ ]</w:t>
            </w:r>
          </w:p>
        </w:tc>
        <w:tc>
          <w:tcPr>
            <w:tcW w:type="dxa" w:w="2409"/>
            <w:tcMar>
              <w:top w:w="20" w:type="dxa"/>
              <w:left w:w="80" w:type="dxa"/>
              <w:bottom w:w="20" w:type="dxa"/>
              <w:right w:w="80" w:type="dxa"/>
            </w:tcMar>
          </w:tcPr>
          <w:p>
            <w:pPr>
              <w:spacing w:after="0"/>
            </w:pPr>
            <w:r>
              <w:rPr>
                <w:rFonts w:ascii="Calibri" w:hAnsi="Calibri" w:cs="Calibri"/>
                <w:b/>
                <w:i w:val="0"/>
                <w:color w:val="595959"/>
                <w:sz w:val="20"/>
              </w:rPr>
              <w:t>Descripción del motivo</w:t>
            </w:r>
          </w:p>
        </w:tc>
        <w:tc>
          <w:tcPr>
            <w:tcW w:type="dxa" w:w="2409"/>
            <w:tcMar>
              <w:top w:w="20" w:type="dxa"/>
              <w:left w:w="80" w:type="dxa"/>
              <w:bottom w:w="20" w:type="dxa"/>
              <w:right w:w="80" w:type="dxa"/>
            </w:tcMar>
          </w:tcPr>
          <w:p>
            <w:pPr>
              <w:spacing w:after="0"/>
              <w:pBdr>
                <w:bottom w:val="single" w:sz="4" w:space="4" w:color="A6A6A6"/>
              </w:pBdr>
            </w:pPr>
            <w:r>
              <w:rPr>
                <w:rFonts w:ascii="Calibri" w:hAnsi="Calibri" w:cs="Calibri"/>
                <w:b w:val="0"/>
                <w:i/>
                <w:color w:val="808080"/>
                <w:sz w:val="20"/>
              </w:rPr>
              <w:t>[ ]</w:t>
            </w:r>
          </w:p>
        </w:tc>
      </w:tr>
    </w:tbl>
    <w:p>
      <w:pPr>
        <w:spacing w:after="40"/>
      </w:pPr>
    </w:p>
    <w:p>
      <w:pPr>
        <w:spacing w:before="160" w:after="60"/>
        <w:pBdr>
          <w:bottom w:val="single" w:sz="4" w:space="4" w:color="A6A6A6"/>
        </w:pBdr>
      </w:pPr>
      <w:r>
        <w:rPr>
          <w:rFonts w:ascii="Calibri" w:hAnsi="Calibri" w:cs="Calibri"/>
          <w:b/>
          <w:i w:val="0"/>
          <w:color w:val="404040"/>
          <w:sz w:val="22"/>
        </w:rPr>
        <w:t>4. Estado de ejecución y entregables</w:t>
      </w:r>
    </w:p>
    <w:tbl>
      <w:tblPr>
        <w:tblStyle w:val="TableGrid"/>
        <w:tblW w:type="auto" w:w="0"/>
        <w:tblLook w:firstColumn="1" w:firstRow="1" w:lastColumn="0" w:lastRow="0" w:noHBand="0" w:noVBand="1" w:val="04A0"/>
      </w:tblPr>
      <w:tblGrid>
        <w:gridCol w:w="2409"/>
        <w:gridCol w:w="2409"/>
        <w:gridCol w:w="2409"/>
        <w:gridCol w:w="2409"/>
      </w:tblGrid>
      <w:tr>
        <w:trPr>
          <w:tblHeader w:val="true"/>
        </w:trPr>
        <w:tc>
          <w:tcPr>
            <w:tcW w:type="dxa" w:w="2409"/>
            <w:shd w:val="clear" w:color="auto" w:fill="595959"/>
            <w:tcMar>
              <w:top w:w="40" w:type="dxa"/>
              <w:left w:w="80" w:type="dxa"/>
              <w:bottom w:w="40" w:type="dxa"/>
              <w:right w:w="80" w:type="dxa"/>
            </w:tcMar>
          </w:tcPr>
          <w:p>
            <w:pPr>
              <w:spacing w:after="0"/>
            </w:pPr>
            <w:r>
              <w:rPr>
                <w:rFonts w:ascii="Calibri" w:hAnsi="Calibri" w:cs="Calibri"/>
                <w:b/>
                <w:i w:val="0"/>
                <w:color w:val="FFFFFF"/>
                <w:sz w:val="18"/>
              </w:rPr>
              <w:t>N.º</w:t>
            </w:r>
          </w:p>
        </w:tc>
        <w:tc>
          <w:tcPr>
            <w:tcW w:type="dxa" w:w="2409"/>
            <w:shd w:val="clear" w:color="auto" w:fill="595959"/>
            <w:tcMar>
              <w:top w:w="40" w:type="dxa"/>
              <w:left w:w="80" w:type="dxa"/>
              <w:bottom w:w="40" w:type="dxa"/>
              <w:right w:w="80" w:type="dxa"/>
            </w:tcMar>
          </w:tcPr>
          <w:p>
            <w:pPr>
              <w:spacing w:after="0"/>
            </w:pPr>
            <w:r>
              <w:rPr>
                <w:rFonts w:ascii="Calibri" w:hAnsi="Calibri" w:cs="Calibri"/>
                <w:b/>
                <w:i w:val="0"/>
                <w:color w:val="FFFFFF"/>
                <w:sz w:val="18"/>
              </w:rPr>
              <w:t>Entregable o servicio</w:t>
            </w:r>
          </w:p>
        </w:tc>
        <w:tc>
          <w:tcPr>
            <w:tcW w:type="dxa" w:w="2409"/>
            <w:shd w:val="clear" w:color="auto" w:fill="595959"/>
            <w:tcMar>
              <w:top w:w="40" w:type="dxa"/>
              <w:left w:w="80" w:type="dxa"/>
              <w:bottom w:w="40" w:type="dxa"/>
              <w:right w:w="80" w:type="dxa"/>
            </w:tcMar>
          </w:tcPr>
          <w:p>
            <w:pPr>
              <w:spacing w:after="0"/>
            </w:pPr>
            <w:r>
              <w:rPr>
                <w:rFonts w:ascii="Calibri" w:hAnsi="Calibri" w:cs="Calibri"/>
                <w:b/>
                <w:i w:val="0"/>
                <w:color w:val="FFFFFF"/>
                <w:sz w:val="18"/>
              </w:rPr>
              <w:t>Estado (recibido / parcial / no recibido)</w:t>
            </w:r>
          </w:p>
        </w:tc>
        <w:tc>
          <w:tcPr>
            <w:tcW w:type="dxa" w:w="2409"/>
            <w:shd w:val="clear" w:color="auto" w:fill="595959"/>
            <w:tcMar>
              <w:top w:w="40" w:type="dxa"/>
              <w:left w:w="80" w:type="dxa"/>
              <w:bottom w:w="40" w:type="dxa"/>
              <w:right w:w="80" w:type="dxa"/>
            </w:tcMar>
          </w:tcPr>
          <w:p>
            <w:pPr>
              <w:spacing w:after="0"/>
            </w:pPr>
            <w:r>
              <w:rPr>
                <w:rFonts w:ascii="Calibri" w:hAnsi="Calibri" w:cs="Calibri"/>
                <w:b/>
                <w:i w:val="0"/>
                <w:color w:val="FFFFFF"/>
                <w:sz w:val="18"/>
              </w:rPr>
              <w:t>Observación</w:t>
            </w:r>
          </w:p>
        </w:tc>
      </w:tr>
      <w:tr>
        <w:tc>
          <w:tcPr>
            <w:tcW w:type="dxa" w:w="2409"/>
            <w:tcMar>
              <w:top w:w="40" w:type="dxa"/>
              <w:left w:w="80" w:type="dxa"/>
              <w:bottom w:w="40" w:type="dxa"/>
              <w:right w:w="80" w:type="dxa"/>
            </w:tcMar>
          </w:tcPr>
          <w:p>
            <w:pPr>
              <w:spacing w:after="0"/>
            </w:pPr>
            <w:r>
              <w:rPr>
                <w:rFonts w:ascii="Calibri" w:hAnsi="Calibri" w:cs="Calibri"/>
                <w:b w:val="0"/>
                <w:i w:val="0"/>
                <w:color w:val="262626"/>
                <w:sz w:val="18"/>
              </w:rPr>
            </w:r>
          </w:p>
        </w:tc>
        <w:tc>
          <w:tcPr>
            <w:tcW w:type="dxa" w:w="2409"/>
            <w:tcMar>
              <w:top w:w="40" w:type="dxa"/>
              <w:left w:w="80" w:type="dxa"/>
              <w:bottom w:w="40" w:type="dxa"/>
              <w:right w:w="80" w:type="dxa"/>
            </w:tcMar>
          </w:tcPr>
          <w:p>
            <w:pPr>
              <w:spacing w:after="0"/>
            </w:pPr>
            <w:r>
              <w:rPr>
                <w:rFonts w:ascii="Calibri" w:hAnsi="Calibri" w:cs="Calibri"/>
                <w:b w:val="0"/>
                <w:i w:val="0"/>
                <w:color w:val="262626"/>
                <w:sz w:val="18"/>
              </w:rPr>
            </w:r>
          </w:p>
        </w:tc>
        <w:tc>
          <w:tcPr>
            <w:tcW w:type="dxa" w:w="2409"/>
            <w:tcMar>
              <w:top w:w="40" w:type="dxa"/>
              <w:left w:w="80" w:type="dxa"/>
              <w:bottom w:w="40" w:type="dxa"/>
              <w:right w:w="80" w:type="dxa"/>
            </w:tcMar>
          </w:tcPr>
          <w:p>
            <w:pPr>
              <w:spacing w:after="0"/>
            </w:pPr>
            <w:r>
              <w:rPr>
                <w:rFonts w:ascii="Calibri" w:hAnsi="Calibri" w:cs="Calibri"/>
                <w:b w:val="0"/>
                <w:i w:val="0"/>
                <w:color w:val="262626"/>
                <w:sz w:val="18"/>
              </w:rPr>
            </w:r>
          </w:p>
        </w:tc>
        <w:tc>
          <w:tcPr>
            <w:tcW w:type="dxa" w:w="2409"/>
            <w:tcMar>
              <w:top w:w="40" w:type="dxa"/>
              <w:left w:w="80" w:type="dxa"/>
              <w:bottom w:w="40" w:type="dxa"/>
              <w:right w:w="80" w:type="dxa"/>
            </w:tcMar>
          </w:tcPr>
          <w:p>
            <w:pPr>
              <w:spacing w:after="0"/>
            </w:pPr>
            <w:r>
              <w:rPr>
                <w:rFonts w:ascii="Calibri" w:hAnsi="Calibri" w:cs="Calibri"/>
                <w:b w:val="0"/>
                <w:i w:val="0"/>
                <w:color w:val="262626"/>
                <w:sz w:val="18"/>
              </w:rPr>
            </w:r>
          </w:p>
        </w:tc>
      </w:tr>
      <w:tr>
        <w:tc>
          <w:tcPr>
            <w:tcW w:type="dxa" w:w="2409"/>
            <w:tcMar>
              <w:top w:w="40" w:type="dxa"/>
              <w:left w:w="80" w:type="dxa"/>
              <w:bottom w:w="40" w:type="dxa"/>
              <w:right w:w="80" w:type="dxa"/>
            </w:tcMar>
          </w:tcPr>
          <w:p>
            <w:pPr>
              <w:spacing w:after="0"/>
            </w:pPr>
            <w:r>
              <w:rPr>
                <w:rFonts w:ascii="Calibri" w:hAnsi="Calibri" w:cs="Calibri"/>
                <w:b w:val="0"/>
                <w:i w:val="0"/>
                <w:color w:val="262626"/>
                <w:sz w:val="18"/>
              </w:rPr>
            </w:r>
          </w:p>
        </w:tc>
        <w:tc>
          <w:tcPr>
            <w:tcW w:type="dxa" w:w="2409"/>
            <w:tcMar>
              <w:top w:w="40" w:type="dxa"/>
              <w:left w:w="80" w:type="dxa"/>
              <w:bottom w:w="40" w:type="dxa"/>
              <w:right w:w="80" w:type="dxa"/>
            </w:tcMar>
          </w:tcPr>
          <w:p>
            <w:pPr>
              <w:spacing w:after="0"/>
            </w:pPr>
            <w:r>
              <w:rPr>
                <w:rFonts w:ascii="Calibri" w:hAnsi="Calibri" w:cs="Calibri"/>
                <w:b w:val="0"/>
                <w:i w:val="0"/>
                <w:color w:val="262626"/>
                <w:sz w:val="18"/>
              </w:rPr>
            </w:r>
          </w:p>
        </w:tc>
        <w:tc>
          <w:tcPr>
            <w:tcW w:type="dxa" w:w="2409"/>
            <w:tcMar>
              <w:top w:w="40" w:type="dxa"/>
              <w:left w:w="80" w:type="dxa"/>
              <w:bottom w:w="40" w:type="dxa"/>
              <w:right w:w="80" w:type="dxa"/>
            </w:tcMar>
          </w:tcPr>
          <w:p>
            <w:pPr>
              <w:spacing w:after="0"/>
            </w:pPr>
            <w:r>
              <w:rPr>
                <w:rFonts w:ascii="Calibri" w:hAnsi="Calibri" w:cs="Calibri"/>
                <w:b w:val="0"/>
                <w:i w:val="0"/>
                <w:color w:val="262626"/>
                <w:sz w:val="18"/>
              </w:rPr>
            </w:r>
          </w:p>
        </w:tc>
        <w:tc>
          <w:tcPr>
            <w:tcW w:type="dxa" w:w="2409"/>
            <w:tcMar>
              <w:top w:w="40" w:type="dxa"/>
              <w:left w:w="80" w:type="dxa"/>
              <w:bottom w:w="40" w:type="dxa"/>
              <w:right w:w="80" w:type="dxa"/>
            </w:tcMar>
          </w:tcPr>
          <w:p>
            <w:pPr>
              <w:spacing w:after="0"/>
            </w:pPr>
            <w:r>
              <w:rPr>
                <w:rFonts w:ascii="Calibri" w:hAnsi="Calibri" w:cs="Calibri"/>
                <w:b w:val="0"/>
                <w:i w:val="0"/>
                <w:color w:val="262626"/>
                <w:sz w:val="18"/>
              </w:rPr>
            </w:r>
          </w:p>
        </w:tc>
      </w:tr>
      <w:tr>
        <w:tc>
          <w:tcPr>
            <w:tcW w:type="dxa" w:w="2409"/>
            <w:tcMar>
              <w:top w:w="40" w:type="dxa"/>
              <w:left w:w="80" w:type="dxa"/>
              <w:bottom w:w="40" w:type="dxa"/>
              <w:right w:w="80" w:type="dxa"/>
            </w:tcMar>
          </w:tcPr>
          <w:p>
            <w:pPr>
              <w:spacing w:after="0"/>
            </w:pPr>
            <w:r>
              <w:rPr>
                <w:rFonts w:ascii="Calibri" w:hAnsi="Calibri" w:cs="Calibri"/>
                <w:b w:val="0"/>
                <w:i w:val="0"/>
                <w:color w:val="262626"/>
                <w:sz w:val="18"/>
              </w:rPr>
            </w:r>
          </w:p>
        </w:tc>
        <w:tc>
          <w:tcPr>
            <w:tcW w:type="dxa" w:w="2409"/>
            <w:tcMar>
              <w:top w:w="40" w:type="dxa"/>
              <w:left w:w="80" w:type="dxa"/>
              <w:bottom w:w="40" w:type="dxa"/>
              <w:right w:w="80" w:type="dxa"/>
            </w:tcMar>
          </w:tcPr>
          <w:p>
            <w:pPr>
              <w:spacing w:after="0"/>
            </w:pPr>
            <w:r>
              <w:rPr>
                <w:rFonts w:ascii="Calibri" w:hAnsi="Calibri" w:cs="Calibri"/>
                <w:b w:val="0"/>
                <w:i w:val="0"/>
                <w:color w:val="262626"/>
                <w:sz w:val="18"/>
              </w:rPr>
            </w:r>
          </w:p>
        </w:tc>
        <w:tc>
          <w:tcPr>
            <w:tcW w:type="dxa" w:w="2409"/>
            <w:tcMar>
              <w:top w:w="40" w:type="dxa"/>
              <w:left w:w="80" w:type="dxa"/>
              <w:bottom w:w="40" w:type="dxa"/>
              <w:right w:w="80" w:type="dxa"/>
            </w:tcMar>
          </w:tcPr>
          <w:p>
            <w:pPr>
              <w:spacing w:after="0"/>
            </w:pPr>
            <w:r>
              <w:rPr>
                <w:rFonts w:ascii="Calibri" w:hAnsi="Calibri" w:cs="Calibri"/>
                <w:b w:val="0"/>
                <w:i w:val="0"/>
                <w:color w:val="262626"/>
                <w:sz w:val="18"/>
              </w:rPr>
            </w:r>
          </w:p>
        </w:tc>
        <w:tc>
          <w:tcPr>
            <w:tcW w:type="dxa" w:w="2409"/>
            <w:tcMar>
              <w:top w:w="40" w:type="dxa"/>
              <w:left w:w="80" w:type="dxa"/>
              <w:bottom w:w="40" w:type="dxa"/>
              <w:right w:w="80" w:type="dxa"/>
            </w:tcMar>
          </w:tcPr>
          <w:p>
            <w:pPr>
              <w:spacing w:after="0"/>
            </w:pPr>
            <w:r>
              <w:rPr>
                <w:rFonts w:ascii="Calibri" w:hAnsi="Calibri" w:cs="Calibri"/>
                <w:b w:val="0"/>
                <w:i w:val="0"/>
                <w:color w:val="262626"/>
                <w:sz w:val="18"/>
              </w:rPr>
            </w:r>
          </w:p>
        </w:tc>
      </w:tr>
      <w:tr>
        <w:tc>
          <w:tcPr>
            <w:tcW w:type="dxa" w:w="2409"/>
            <w:tcMar>
              <w:top w:w="40" w:type="dxa"/>
              <w:left w:w="80" w:type="dxa"/>
              <w:bottom w:w="40" w:type="dxa"/>
              <w:right w:w="80" w:type="dxa"/>
            </w:tcMar>
          </w:tcPr>
          <w:p>
            <w:pPr>
              <w:spacing w:after="0"/>
            </w:pPr>
            <w:r>
              <w:rPr>
                <w:rFonts w:ascii="Calibri" w:hAnsi="Calibri" w:cs="Calibri"/>
                <w:b w:val="0"/>
                <w:i w:val="0"/>
                <w:color w:val="262626"/>
                <w:sz w:val="18"/>
              </w:rPr>
            </w:r>
          </w:p>
        </w:tc>
        <w:tc>
          <w:tcPr>
            <w:tcW w:type="dxa" w:w="2409"/>
            <w:tcMar>
              <w:top w:w="40" w:type="dxa"/>
              <w:left w:w="80" w:type="dxa"/>
              <w:bottom w:w="40" w:type="dxa"/>
              <w:right w:w="80" w:type="dxa"/>
            </w:tcMar>
          </w:tcPr>
          <w:p>
            <w:pPr>
              <w:spacing w:after="0"/>
            </w:pPr>
            <w:r>
              <w:rPr>
                <w:rFonts w:ascii="Calibri" w:hAnsi="Calibri" w:cs="Calibri"/>
                <w:b w:val="0"/>
                <w:i w:val="0"/>
                <w:color w:val="262626"/>
                <w:sz w:val="18"/>
              </w:rPr>
            </w:r>
          </w:p>
        </w:tc>
        <w:tc>
          <w:tcPr>
            <w:tcW w:type="dxa" w:w="2409"/>
            <w:tcMar>
              <w:top w:w="40" w:type="dxa"/>
              <w:left w:w="80" w:type="dxa"/>
              <w:bottom w:w="40" w:type="dxa"/>
              <w:right w:w="80" w:type="dxa"/>
            </w:tcMar>
          </w:tcPr>
          <w:p>
            <w:pPr>
              <w:spacing w:after="0"/>
            </w:pPr>
            <w:r>
              <w:rPr>
                <w:rFonts w:ascii="Calibri" w:hAnsi="Calibri" w:cs="Calibri"/>
                <w:b w:val="0"/>
                <w:i w:val="0"/>
                <w:color w:val="262626"/>
                <w:sz w:val="18"/>
              </w:rPr>
            </w:r>
          </w:p>
        </w:tc>
        <w:tc>
          <w:tcPr>
            <w:tcW w:type="dxa" w:w="2409"/>
            <w:tcMar>
              <w:top w:w="40" w:type="dxa"/>
              <w:left w:w="80" w:type="dxa"/>
              <w:bottom w:w="40" w:type="dxa"/>
              <w:right w:w="80" w:type="dxa"/>
            </w:tcMar>
          </w:tcPr>
          <w:p>
            <w:pPr>
              <w:spacing w:after="0"/>
            </w:pPr>
            <w:r>
              <w:rPr>
                <w:rFonts w:ascii="Calibri" w:hAnsi="Calibri" w:cs="Calibri"/>
                <w:b w:val="0"/>
                <w:i w:val="0"/>
                <w:color w:val="262626"/>
                <w:sz w:val="18"/>
              </w:rPr>
            </w:r>
          </w:p>
        </w:tc>
      </w:tr>
      <w:tr>
        <w:tc>
          <w:tcPr>
            <w:tcW w:type="dxa" w:w="2409"/>
            <w:tcMar>
              <w:top w:w="40" w:type="dxa"/>
              <w:left w:w="80" w:type="dxa"/>
              <w:bottom w:w="40" w:type="dxa"/>
              <w:right w:w="80" w:type="dxa"/>
            </w:tcMar>
          </w:tcPr>
          <w:p>
            <w:pPr>
              <w:spacing w:after="0"/>
            </w:pPr>
            <w:r>
              <w:rPr>
                <w:rFonts w:ascii="Calibri" w:hAnsi="Calibri" w:cs="Calibri"/>
                <w:b w:val="0"/>
                <w:i w:val="0"/>
                <w:color w:val="262626"/>
                <w:sz w:val="18"/>
              </w:rPr>
            </w:r>
          </w:p>
        </w:tc>
        <w:tc>
          <w:tcPr>
            <w:tcW w:type="dxa" w:w="2409"/>
            <w:tcMar>
              <w:top w:w="40" w:type="dxa"/>
              <w:left w:w="80" w:type="dxa"/>
              <w:bottom w:w="40" w:type="dxa"/>
              <w:right w:w="80" w:type="dxa"/>
            </w:tcMar>
          </w:tcPr>
          <w:p>
            <w:pPr>
              <w:spacing w:after="0"/>
            </w:pPr>
            <w:r>
              <w:rPr>
                <w:rFonts w:ascii="Calibri" w:hAnsi="Calibri" w:cs="Calibri"/>
                <w:b w:val="0"/>
                <w:i w:val="0"/>
                <w:color w:val="262626"/>
                <w:sz w:val="18"/>
              </w:rPr>
            </w:r>
          </w:p>
        </w:tc>
        <w:tc>
          <w:tcPr>
            <w:tcW w:type="dxa" w:w="2409"/>
            <w:tcMar>
              <w:top w:w="40" w:type="dxa"/>
              <w:left w:w="80" w:type="dxa"/>
              <w:bottom w:w="40" w:type="dxa"/>
              <w:right w:w="80" w:type="dxa"/>
            </w:tcMar>
          </w:tcPr>
          <w:p>
            <w:pPr>
              <w:spacing w:after="0"/>
            </w:pPr>
            <w:r>
              <w:rPr>
                <w:rFonts w:ascii="Calibri" w:hAnsi="Calibri" w:cs="Calibri"/>
                <w:b w:val="0"/>
                <w:i w:val="0"/>
                <w:color w:val="262626"/>
                <w:sz w:val="18"/>
              </w:rPr>
            </w:r>
          </w:p>
        </w:tc>
        <w:tc>
          <w:tcPr>
            <w:tcW w:type="dxa" w:w="2409"/>
            <w:tcMar>
              <w:top w:w="40" w:type="dxa"/>
              <w:left w:w="80" w:type="dxa"/>
              <w:bottom w:w="40" w:type="dxa"/>
              <w:right w:w="80" w:type="dxa"/>
            </w:tcMar>
          </w:tcPr>
          <w:p>
            <w:pPr>
              <w:spacing w:after="0"/>
            </w:pPr>
            <w:r>
              <w:rPr>
                <w:rFonts w:ascii="Calibri" w:hAnsi="Calibri" w:cs="Calibri"/>
                <w:b w:val="0"/>
                <w:i w:val="0"/>
                <w:color w:val="262626"/>
                <w:sz w:val="18"/>
              </w:rPr>
            </w:r>
          </w:p>
        </w:tc>
      </w:tr>
    </w:tbl>
    <w:p>
      <w:pPr>
        <w:spacing w:after="40"/>
      </w:pPr>
    </w:p>
    <w:p>
      <w:pPr>
        <w:spacing w:before="160" w:after="60"/>
        <w:pBdr>
          <w:bottom w:val="single" w:sz="4" w:space="4" w:color="A6A6A6"/>
        </w:pBdr>
      </w:pPr>
      <w:r>
        <w:rPr>
          <w:rFonts w:ascii="Calibri" w:hAnsi="Calibri" w:cs="Calibri"/>
          <w:b/>
          <w:i w:val="0"/>
          <w:color w:val="404040"/>
          <w:sz w:val="22"/>
        </w:rPr>
        <w:t>5. Estado de cuentas</w:t>
      </w:r>
    </w:p>
    <w:tbl>
      <w:tblPr>
        <w:tblStyle w:val="TableGrid"/>
        <w:tblW w:type="auto" w:w="0"/>
        <w:tblLook w:firstColumn="1" w:firstRow="1" w:lastColumn="0" w:lastRow="0" w:noHBand="0" w:noVBand="1" w:val="04A0"/>
      </w:tblPr>
      <w:tblGrid>
        <w:gridCol w:w="3213"/>
        <w:gridCol w:w="3213"/>
        <w:gridCol w:w="3213"/>
      </w:tblGrid>
      <w:tr>
        <w:trPr>
          <w:tblHeader w:val="true"/>
        </w:trPr>
        <w:tc>
          <w:tcPr>
            <w:tcW w:type="dxa" w:w="3213"/>
            <w:shd w:val="clear" w:color="auto" w:fill="595959"/>
            <w:tcMar>
              <w:top w:w="40" w:type="dxa"/>
              <w:left w:w="80" w:type="dxa"/>
              <w:bottom w:w="40" w:type="dxa"/>
              <w:right w:w="80" w:type="dxa"/>
            </w:tcMar>
          </w:tcPr>
          <w:p>
            <w:pPr>
              <w:spacing w:after="0"/>
            </w:pPr>
            <w:r>
              <w:rPr>
                <w:rFonts w:ascii="Calibri" w:hAnsi="Calibri" w:cs="Calibri"/>
                <w:b/>
                <w:i w:val="0"/>
                <w:color w:val="FFFFFF"/>
                <w:sz w:val="18"/>
              </w:rPr>
              <w:t>Concepto</w:t>
            </w:r>
          </w:p>
        </w:tc>
        <w:tc>
          <w:tcPr>
            <w:tcW w:type="dxa" w:w="3213"/>
            <w:shd w:val="clear" w:color="auto" w:fill="595959"/>
            <w:tcMar>
              <w:top w:w="40" w:type="dxa"/>
              <w:left w:w="80" w:type="dxa"/>
              <w:bottom w:w="40" w:type="dxa"/>
              <w:right w:w="80" w:type="dxa"/>
            </w:tcMar>
          </w:tcPr>
          <w:p>
            <w:pPr>
              <w:spacing w:after="0"/>
            </w:pPr>
            <w:r>
              <w:rPr>
                <w:rFonts w:ascii="Calibri" w:hAnsi="Calibri" w:cs="Calibri"/>
                <w:b/>
                <w:i w:val="0"/>
                <w:color w:val="FFFFFF"/>
                <w:sz w:val="18"/>
              </w:rPr>
              <w:t>Valor y moneda</w:t>
            </w:r>
          </w:p>
        </w:tc>
        <w:tc>
          <w:tcPr>
            <w:tcW w:type="dxa" w:w="3213"/>
            <w:shd w:val="clear" w:color="auto" w:fill="595959"/>
            <w:tcMar>
              <w:top w:w="40" w:type="dxa"/>
              <w:left w:w="80" w:type="dxa"/>
              <w:bottom w:w="40" w:type="dxa"/>
              <w:right w:w="80" w:type="dxa"/>
            </w:tcMar>
          </w:tcPr>
          <w:p>
            <w:pPr>
              <w:spacing w:after="0"/>
            </w:pPr>
            <w:r>
              <w:rPr>
                <w:rFonts w:ascii="Calibri" w:hAnsi="Calibri" w:cs="Calibri"/>
                <w:b/>
                <w:i w:val="0"/>
                <w:color w:val="FFFFFF"/>
                <w:sz w:val="18"/>
              </w:rPr>
              <w:t>Saldo u observación</w:t>
            </w:r>
          </w:p>
        </w:tc>
      </w:tr>
      <w:tr>
        <w:tc>
          <w:tcPr>
            <w:tcW w:type="dxa" w:w="3213"/>
            <w:tcMar>
              <w:top w:w="40" w:type="dxa"/>
              <w:left w:w="80" w:type="dxa"/>
              <w:bottom w:w="40" w:type="dxa"/>
              <w:right w:w="80" w:type="dxa"/>
            </w:tcMar>
          </w:tcPr>
          <w:p>
            <w:pPr>
              <w:spacing w:after="0"/>
            </w:pPr>
            <w:r>
              <w:rPr>
                <w:rFonts w:ascii="Calibri" w:hAnsi="Calibri" w:cs="Calibri"/>
                <w:b w:val="0"/>
                <w:i w:val="0"/>
                <w:color w:val="262626"/>
                <w:sz w:val="18"/>
              </w:rPr>
              <w:t>Valor total pactado</w:t>
            </w:r>
          </w:p>
        </w:tc>
        <w:tc>
          <w:tcPr>
            <w:tcW w:type="dxa" w:w="3213"/>
            <w:tcMar>
              <w:top w:w="40" w:type="dxa"/>
              <w:left w:w="80" w:type="dxa"/>
              <w:bottom w:w="40" w:type="dxa"/>
              <w:right w:w="80" w:type="dxa"/>
            </w:tcMar>
          </w:tcPr>
          <w:p>
            <w:pPr>
              <w:spacing w:after="0"/>
            </w:pPr>
            <w:r>
              <w:rPr>
                <w:rFonts w:ascii="Calibri" w:hAnsi="Calibri" w:cs="Calibri"/>
                <w:b w:val="0"/>
                <w:i w:val="0"/>
                <w:color w:val="262626"/>
                <w:sz w:val="18"/>
              </w:rPr>
            </w:r>
          </w:p>
        </w:tc>
        <w:tc>
          <w:tcPr>
            <w:tcW w:type="dxa" w:w="3213"/>
            <w:tcMar>
              <w:top w:w="40" w:type="dxa"/>
              <w:left w:w="80" w:type="dxa"/>
              <w:bottom w:w="40" w:type="dxa"/>
              <w:right w:w="80" w:type="dxa"/>
            </w:tcMar>
          </w:tcPr>
          <w:p>
            <w:pPr>
              <w:spacing w:after="0"/>
            </w:pPr>
            <w:r>
              <w:rPr>
                <w:rFonts w:ascii="Calibri" w:hAnsi="Calibri" w:cs="Calibri"/>
                <w:b w:val="0"/>
                <w:i w:val="0"/>
                <w:color w:val="262626"/>
                <w:sz w:val="18"/>
              </w:rPr>
            </w:r>
          </w:p>
        </w:tc>
      </w:tr>
      <w:tr>
        <w:tc>
          <w:tcPr>
            <w:tcW w:type="dxa" w:w="3213"/>
            <w:tcMar>
              <w:top w:w="40" w:type="dxa"/>
              <w:left w:w="80" w:type="dxa"/>
              <w:bottom w:w="40" w:type="dxa"/>
              <w:right w:w="80" w:type="dxa"/>
            </w:tcMar>
          </w:tcPr>
          <w:p>
            <w:pPr>
              <w:spacing w:after="0"/>
            </w:pPr>
            <w:r>
              <w:rPr>
                <w:rFonts w:ascii="Calibri" w:hAnsi="Calibri" w:cs="Calibri"/>
                <w:b w:val="0"/>
                <w:i w:val="0"/>
                <w:color w:val="262626"/>
                <w:sz w:val="18"/>
              </w:rPr>
              <w:t>Anticipos recibidos</w:t>
            </w:r>
          </w:p>
        </w:tc>
        <w:tc>
          <w:tcPr>
            <w:tcW w:type="dxa" w:w="3213"/>
            <w:tcMar>
              <w:top w:w="40" w:type="dxa"/>
              <w:left w:w="80" w:type="dxa"/>
              <w:bottom w:w="40" w:type="dxa"/>
              <w:right w:w="80" w:type="dxa"/>
            </w:tcMar>
          </w:tcPr>
          <w:p>
            <w:pPr>
              <w:spacing w:after="0"/>
            </w:pPr>
            <w:r>
              <w:rPr>
                <w:rFonts w:ascii="Calibri" w:hAnsi="Calibri" w:cs="Calibri"/>
                <w:b w:val="0"/>
                <w:i w:val="0"/>
                <w:color w:val="262626"/>
                <w:sz w:val="18"/>
              </w:rPr>
            </w:r>
          </w:p>
        </w:tc>
        <w:tc>
          <w:tcPr>
            <w:tcW w:type="dxa" w:w="3213"/>
            <w:tcMar>
              <w:top w:w="40" w:type="dxa"/>
              <w:left w:w="80" w:type="dxa"/>
              <w:bottom w:w="40" w:type="dxa"/>
              <w:right w:w="80" w:type="dxa"/>
            </w:tcMar>
          </w:tcPr>
          <w:p>
            <w:pPr>
              <w:spacing w:after="0"/>
            </w:pPr>
            <w:r>
              <w:rPr>
                <w:rFonts w:ascii="Calibri" w:hAnsi="Calibri" w:cs="Calibri"/>
                <w:b w:val="0"/>
                <w:i w:val="0"/>
                <w:color w:val="262626"/>
                <w:sz w:val="18"/>
              </w:rPr>
            </w:r>
          </w:p>
        </w:tc>
      </w:tr>
      <w:tr>
        <w:tc>
          <w:tcPr>
            <w:tcW w:type="dxa" w:w="3213"/>
            <w:tcMar>
              <w:top w:w="40" w:type="dxa"/>
              <w:left w:w="80" w:type="dxa"/>
              <w:bottom w:w="40" w:type="dxa"/>
              <w:right w:w="80" w:type="dxa"/>
            </w:tcMar>
          </w:tcPr>
          <w:p>
            <w:pPr>
              <w:spacing w:after="0"/>
            </w:pPr>
            <w:r>
              <w:rPr>
                <w:rFonts w:ascii="Calibri" w:hAnsi="Calibri" w:cs="Calibri"/>
                <w:b w:val="0"/>
                <w:i w:val="0"/>
                <w:color w:val="262626"/>
                <w:sz w:val="18"/>
              </w:rPr>
              <w:t>Pagos ya realizados</w:t>
            </w:r>
          </w:p>
        </w:tc>
        <w:tc>
          <w:tcPr>
            <w:tcW w:type="dxa" w:w="3213"/>
            <w:tcMar>
              <w:top w:w="40" w:type="dxa"/>
              <w:left w:w="80" w:type="dxa"/>
              <w:bottom w:w="40" w:type="dxa"/>
              <w:right w:w="80" w:type="dxa"/>
            </w:tcMar>
          </w:tcPr>
          <w:p>
            <w:pPr>
              <w:spacing w:after="0"/>
            </w:pPr>
            <w:r>
              <w:rPr>
                <w:rFonts w:ascii="Calibri" w:hAnsi="Calibri" w:cs="Calibri"/>
                <w:b w:val="0"/>
                <w:i w:val="0"/>
                <w:color w:val="262626"/>
                <w:sz w:val="18"/>
              </w:rPr>
            </w:r>
          </w:p>
        </w:tc>
        <w:tc>
          <w:tcPr>
            <w:tcW w:type="dxa" w:w="3213"/>
            <w:tcMar>
              <w:top w:w="40" w:type="dxa"/>
              <w:left w:w="80" w:type="dxa"/>
              <w:bottom w:w="40" w:type="dxa"/>
              <w:right w:w="80" w:type="dxa"/>
            </w:tcMar>
          </w:tcPr>
          <w:p>
            <w:pPr>
              <w:spacing w:after="0"/>
            </w:pPr>
            <w:r>
              <w:rPr>
                <w:rFonts w:ascii="Calibri" w:hAnsi="Calibri" w:cs="Calibri"/>
                <w:b w:val="0"/>
                <w:i w:val="0"/>
                <w:color w:val="262626"/>
                <w:sz w:val="18"/>
              </w:rPr>
            </w:r>
          </w:p>
        </w:tc>
      </w:tr>
      <w:tr>
        <w:tc>
          <w:tcPr>
            <w:tcW w:type="dxa" w:w="3213"/>
            <w:tcMar>
              <w:top w:w="40" w:type="dxa"/>
              <w:left w:w="80" w:type="dxa"/>
              <w:bottom w:w="40" w:type="dxa"/>
              <w:right w:w="80" w:type="dxa"/>
            </w:tcMar>
          </w:tcPr>
          <w:p>
            <w:pPr>
              <w:spacing w:after="0"/>
            </w:pPr>
            <w:r>
              <w:rPr>
                <w:rFonts w:ascii="Calibri" w:hAnsi="Calibri" w:cs="Calibri"/>
                <w:b w:val="0"/>
                <w:i w:val="0"/>
                <w:color w:val="262626"/>
                <w:sz w:val="18"/>
              </w:rPr>
              <w:t>Valor de lo efectivamente entregado</w:t>
            </w:r>
          </w:p>
        </w:tc>
        <w:tc>
          <w:tcPr>
            <w:tcW w:type="dxa" w:w="3213"/>
            <w:tcMar>
              <w:top w:w="40" w:type="dxa"/>
              <w:left w:w="80" w:type="dxa"/>
              <w:bottom w:w="40" w:type="dxa"/>
              <w:right w:w="80" w:type="dxa"/>
            </w:tcMar>
          </w:tcPr>
          <w:p>
            <w:pPr>
              <w:spacing w:after="0"/>
            </w:pPr>
            <w:r>
              <w:rPr>
                <w:rFonts w:ascii="Calibri" w:hAnsi="Calibri" w:cs="Calibri"/>
                <w:b w:val="0"/>
                <w:i w:val="0"/>
                <w:color w:val="262626"/>
                <w:sz w:val="18"/>
              </w:rPr>
            </w:r>
          </w:p>
        </w:tc>
        <w:tc>
          <w:tcPr>
            <w:tcW w:type="dxa" w:w="3213"/>
            <w:tcMar>
              <w:top w:w="40" w:type="dxa"/>
              <w:left w:w="80" w:type="dxa"/>
              <w:bottom w:w="40" w:type="dxa"/>
              <w:right w:w="80" w:type="dxa"/>
            </w:tcMar>
          </w:tcPr>
          <w:p>
            <w:pPr>
              <w:spacing w:after="0"/>
            </w:pPr>
            <w:r>
              <w:rPr>
                <w:rFonts w:ascii="Calibri" w:hAnsi="Calibri" w:cs="Calibri"/>
                <w:b w:val="0"/>
                <w:i w:val="0"/>
                <w:color w:val="262626"/>
                <w:sz w:val="18"/>
              </w:rPr>
            </w:r>
          </w:p>
        </w:tc>
      </w:tr>
      <w:tr>
        <w:tc>
          <w:tcPr>
            <w:tcW w:type="dxa" w:w="3213"/>
            <w:tcMar>
              <w:top w:w="40" w:type="dxa"/>
              <w:left w:w="80" w:type="dxa"/>
              <w:bottom w:w="40" w:type="dxa"/>
              <w:right w:w="80" w:type="dxa"/>
            </w:tcMar>
          </w:tcPr>
          <w:p>
            <w:pPr>
              <w:spacing w:after="0"/>
            </w:pPr>
            <w:r>
              <w:rPr>
                <w:rFonts w:ascii="Calibri" w:hAnsi="Calibri" w:cs="Calibri"/>
                <w:b w:val="0"/>
                <w:i w:val="0"/>
                <w:color w:val="262626"/>
                <w:sz w:val="18"/>
              </w:rPr>
              <w:t>Ajustes o descuentos acordados</w:t>
            </w:r>
          </w:p>
        </w:tc>
        <w:tc>
          <w:tcPr>
            <w:tcW w:type="dxa" w:w="3213"/>
            <w:tcMar>
              <w:top w:w="40" w:type="dxa"/>
              <w:left w:w="80" w:type="dxa"/>
              <w:bottom w:w="40" w:type="dxa"/>
              <w:right w:w="80" w:type="dxa"/>
            </w:tcMar>
          </w:tcPr>
          <w:p>
            <w:pPr>
              <w:spacing w:after="0"/>
            </w:pPr>
            <w:r>
              <w:rPr>
                <w:rFonts w:ascii="Calibri" w:hAnsi="Calibri" w:cs="Calibri"/>
                <w:b w:val="0"/>
                <w:i w:val="0"/>
                <w:color w:val="262626"/>
                <w:sz w:val="18"/>
              </w:rPr>
            </w:r>
          </w:p>
        </w:tc>
        <w:tc>
          <w:tcPr>
            <w:tcW w:type="dxa" w:w="3213"/>
            <w:tcMar>
              <w:top w:w="40" w:type="dxa"/>
              <w:left w:w="80" w:type="dxa"/>
              <w:bottom w:w="40" w:type="dxa"/>
              <w:right w:w="80" w:type="dxa"/>
            </w:tcMar>
          </w:tcPr>
          <w:p>
            <w:pPr>
              <w:spacing w:after="0"/>
            </w:pPr>
            <w:r>
              <w:rPr>
                <w:rFonts w:ascii="Calibri" w:hAnsi="Calibri" w:cs="Calibri"/>
                <w:b w:val="0"/>
                <w:i w:val="0"/>
                <w:color w:val="262626"/>
                <w:sz w:val="18"/>
              </w:rPr>
            </w:r>
          </w:p>
        </w:tc>
      </w:tr>
      <w:tr>
        <w:tc>
          <w:tcPr>
            <w:tcW w:type="dxa" w:w="3213"/>
            <w:tcMar>
              <w:top w:w="40" w:type="dxa"/>
              <w:left w:w="80" w:type="dxa"/>
              <w:bottom w:w="40" w:type="dxa"/>
              <w:right w:w="80" w:type="dxa"/>
            </w:tcMar>
          </w:tcPr>
          <w:p>
            <w:pPr>
              <w:spacing w:after="0"/>
            </w:pPr>
            <w:r>
              <w:rPr>
                <w:rFonts w:ascii="Calibri" w:hAnsi="Calibri" w:cs="Calibri"/>
                <w:b w:val="0"/>
                <w:i w:val="0"/>
                <w:color w:val="262626"/>
                <w:sz w:val="18"/>
              </w:rPr>
              <w:t>Saldo a favor o en contra</w:t>
            </w:r>
          </w:p>
        </w:tc>
        <w:tc>
          <w:tcPr>
            <w:tcW w:type="dxa" w:w="3213"/>
            <w:tcMar>
              <w:top w:w="40" w:type="dxa"/>
              <w:left w:w="80" w:type="dxa"/>
              <w:bottom w:w="40" w:type="dxa"/>
              <w:right w:w="80" w:type="dxa"/>
            </w:tcMar>
          </w:tcPr>
          <w:p>
            <w:pPr>
              <w:spacing w:after="0"/>
            </w:pPr>
            <w:r>
              <w:rPr>
                <w:rFonts w:ascii="Calibri" w:hAnsi="Calibri" w:cs="Calibri"/>
                <w:b w:val="0"/>
                <w:i w:val="0"/>
                <w:color w:val="262626"/>
                <w:sz w:val="18"/>
              </w:rPr>
            </w:r>
          </w:p>
        </w:tc>
        <w:tc>
          <w:tcPr>
            <w:tcW w:type="dxa" w:w="3213"/>
            <w:tcMar>
              <w:top w:w="40" w:type="dxa"/>
              <w:left w:w="80" w:type="dxa"/>
              <w:bottom w:w="40" w:type="dxa"/>
              <w:right w:w="80" w:type="dxa"/>
            </w:tcMar>
          </w:tcPr>
          <w:p>
            <w:pPr>
              <w:spacing w:after="0"/>
            </w:pPr>
            <w:r>
              <w:rPr>
                <w:rFonts w:ascii="Calibri" w:hAnsi="Calibri" w:cs="Calibri"/>
                <w:b w:val="0"/>
                <w:i w:val="0"/>
                <w:color w:val="262626"/>
                <w:sz w:val="18"/>
              </w:rPr>
            </w:r>
          </w:p>
        </w:tc>
      </w:tr>
    </w:tbl>
    <w:p>
      <w:pPr>
        <w:spacing w:after="40"/>
      </w:pPr>
    </w:p>
    <w:p>
      <w:pPr>
        <w:spacing w:before="160" w:after="60"/>
        <w:pBdr>
          <w:bottom w:val="single" w:sz="4" w:space="4" w:color="A6A6A6"/>
        </w:pBdr>
      </w:pPr>
      <w:r>
        <w:rPr>
          <w:rFonts w:ascii="Calibri" w:hAnsi="Calibri" w:cs="Calibri"/>
          <w:b/>
          <w:i w:val="0"/>
          <w:color w:val="404040"/>
          <w:sz w:val="22"/>
        </w:rPr>
        <w:t>6. Saldo final y forma de pago</w:t>
      </w:r>
    </w:p>
    <w:tbl>
      <w:tblPr>
        <w:tblW w:type="auto" w:w="0"/>
        <w:tblLook w:firstColumn="1" w:firstRow="1" w:lastColumn="0" w:lastRow="0" w:noHBand="0" w:noVBand="1" w:val="04A0"/>
        <w:tblBorders>
          <w:top w:val="none" w:sz="0"/>
          <w:left w:val="none" w:sz="0"/>
          <w:bottom w:val="none" w:sz="0"/>
          <w:right w:val="none" w:sz="0"/>
          <w:insideH w:val="none" w:sz="0"/>
          <w:insideV w:val="none" w:sz="0"/>
        </w:tblBorders>
      </w:tblPr>
      <w:tblGrid>
        <w:gridCol w:w="2409"/>
        <w:gridCol w:w="2409"/>
        <w:gridCol w:w="2409"/>
        <w:gridCol w:w="2409"/>
      </w:tblGrid>
      <w:tr>
        <w:tc>
          <w:tcPr>
            <w:tcW w:type="dxa" w:w="2409"/>
            <w:tcMar>
              <w:top w:w="20" w:type="dxa"/>
              <w:left w:w="80" w:type="dxa"/>
              <w:bottom w:w="20" w:type="dxa"/>
              <w:right w:w="80" w:type="dxa"/>
            </w:tcMar>
          </w:tcPr>
          <w:p>
            <w:pPr>
              <w:spacing w:after="0"/>
            </w:pPr>
            <w:r>
              <w:rPr>
                <w:rFonts w:ascii="Calibri" w:hAnsi="Calibri" w:cs="Calibri"/>
                <w:b/>
                <w:i w:val="0"/>
                <w:color w:val="595959"/>
                <w:sz w:val="20"/>
              </w:rPr>
              <w:t>Saldo final acordado</w:t>
            </w:r>
          </w:p>
        </w:tc>
        <w:tc>
          <w:tcPr>
            <w:tcW w:type="dxa" w:w="2409"/>
            <w:tcMar>
              <w:top w:w="20" w:type="dxa"/>
              <w:left w:w="80" w:type="dxa"/>
              <w:bottom w:w="20" w:type="dxa"/>
              <w:right w:w="80" w:type="dxa"/>
            </w:tcMar>
          </w:tcPr>
          <w:p>
            <w:pPr>
              <w:spacing w:after="0"/>
              <w:pBdr>
                <w:bottom w:val="single" w:sz="4" w:space="4" w:color="A6A6A6"/>
              </w:pBdr>
            </w:pPr>
            <w:r>
              <w:rPr>
                <w:rFonts w:ascii="Calibri" w:hAnsi="Calibri" w:cs="Calibri"/>
                <w:b w:val="0"/>
                <w:i/>
                <w:color w:val="808080"/>
                <w:sz w:val="20"/>
              </w:rPr>
              <w:t>[ ]</w:t>
            </w:r>
          </w:p>
        </w:tc>
        <w:tc>
          <w:tcPr>
            <w:tcW w:type="dxa" w:w="2409"/>
            <w:tcMar>
              <w:top w:w="20" w:type="dxa"/>
              <w:left w:w="80" w:type="dxa"/>
              <w:bottom w:w="20" w:type="dxa"/>
              <w:right w:w="80" w:type="dxa"/>
            </w:tcMar>
          </w:tcPr>
          <w:p>
            <w:pPr>
              <w:spacing w:after="0"/>
            </w:pPr>
            <w:r>
              <w:rPr>
                <w:rFonts w:ascii="Calibri" w:hAnsi="Calibri" w:cs="Calibri"/>
                <w:b/>
                <w:i w:val="0"/>
                <w:color w:val="595959"/>
                <w:sz w:val="20"/>
              </w:rPr>
              <w:t>Forma y plazo de pago del saldo</w:t>
            </w:r>
          </w:p>
        </w:tc>
        <w:tc>
          <w:tcPr>
            <w:tcW w:type="dxa" w:w="2409"/>
            <w:tcMar>
              <w:top w:w="20" w:type="dxa"/>
              <w:left w:w="80" w:type="dxa"/>
              <w:bottom w:w="20" w:type="dxa"/>
              <w:right w:w="80" w:type="dxa"/>
            </w:tcMar>
          </w:tcPr>
          <w:p>
            <w:pPr>
              <w:spacing w:after="0"/>
              <w:pBdr>
                <w:bottom w:val="single" w:sz="4" w:space="4" w:color="A6A6A6"/>
              </w:pBdr>
            </w:pPr>
            <w:r>
              <w:rPr>
                <w:rFonts w:ascii="Calibri" w:hAnsi="Calibri" w:cs="Calibri"/>
                <w:b w:val="0"/>
                <w:i/>
                <w:color w:val="808080"/>
                <w:sz w:val="20"/>
              </w:rPr>
              <w:t>[ ]</w:t>
            </w:r>
          </w:p>
        </w:tc>
      </w:tr>
    </w:tbl>
    <w:p>
      <w:pPr>
        <w:spacing w:after="40"/>
      </w:pPr>
    </w:p>
    <w:p>
      <w:pPr>
        <w:spacing w:before="160" w:after="60"/>
        <w:pBdr>
          <w:bottom w:val="single" w:sz="4" w:space="4" w:color="A6A6A6"/>
        </w:pBdr>
      </w:pPr>
      <w:r>
        <w:rPr>
          <w:rFonts w:ascii="Calibri" w:hAnsi="Calibri" w:cs="Calibri"/>
          <w:b/>
          <w:i w:val="0"/>
          <w:color w:val="404040"/>
          <w:sz w:val="22"/>
        </w:rPr>
        <w:t>7. Bienes, documentos y accesos que se devuelven</w:t>
      </w:r>
    </w:p>
    <w:tbl>
      <w:tblPr>
        <w:tblStyle w:val="TableGrid"/>
        <w:tblW w:type="auto" w:w="0"/>
        <w:tblLook w:firstColumn="1" w:firstRow="1" w:lastColumn="0" w:lastRow="0" w:noHBand="0" w:noVBand="1" w:val="04A0"/>
      </w:tblPr>
      <w:tblGrid>
        <w:gridCol w:w="2409"/>
        <w:gridCol w:w="2409"/>
        <w:gridCol w:w="2409"/>
        <w:gridCol w:w="2409"/>
      </w:tblGrid>
      <w:tr>
        <w:trPr>
          <w:tblHeader w:val="true"/>
        </w:trPr>
        <w:tc>
          <w:tcPr>
            <w:tcW w:type="dxa" w:w="2409"/>
            <w:shd w:val="clear" w:color="auto" w:fill="595959"/>
            <w:tcMar>
              <w:top w:w="40" w:type="dxa"/>
              <w:left w:w="80" w:type="dxa"/>
              <w:bottom w:w="40" w:type="dxa"/>
              <w:right w:w="80" w:type="dxa"/>
            </w:tcMar>
          </w:tcPr>
          <w:p>
            <w:pPr>
              <w:spacing w:after="0"/>
            </w:pPr>
            <w:r>
              <w:rPr>
                <w:rFonts w:ascii="Calibri" w:hAnsi="Calibri" w:cs="Calibri"/>
                <w:b/>
                <w:i w:val="0"/>
                <w:color w:val="FFFFFF"/>
                <w:sz w:val="18"/>
              </w:rPr>
              <w:t>N.º</w:t>
            </w:r>
          </w:p>
        </w:tc>
        <w:tc>
          <w:tcPr>
            <w:tcW w:type="dxa" w:w="2409"/>
            <w:shd w:val="clear" w:color="auto" w:fill="595959"/>
            <w:tcMar>
              <w:top w:w="40" w:type="dxa"/>
              <w:left w:w="80" w:type="dxa"/>
              <w:bottom w:w="40" w:type="dxa"/>
              <w:right w:w="80" w:type="dxa"/>
            </w:tcMar>
          </w:tcPr>
          <w:p>
            <w:pPr>
              <w:spacing w:after="0"/>
            </w:pPr>
            <w:r>
              <w:rPr>
                <w:rFonts w:ascii="Calibri" w:hAnsi="Calibri" w:cs="Calibri"/>
                <w:b/>
                <w:i w:val="0"/>
                <w:color w:val="FFFFFF"/>
                <w:sz w:val="18"/>
              </w:rPr>
              <w:t>Bien, documento o acceso</w:t>
            </w:r>
          </w:p>
        </w:tc>
        <w:tc>
          <w:tcPr>
            <w:tcW w:type="dxa" w:w="2409"/>
            <w:shd w:val="clear" w:color="auto" w:fill="595959"/>
            <w:tcMar>
              <w:top w:w="40" w:type="dxa"/>
              <w:left w:w="80" w:type="dxa"/>
              <w:bottom w:w="40" w:type="dxa"/>
              <w:right w:w="80" w:type="dxa"/>
            </w:tcMar>
          </w:tcPr>
          <w:p>
            <w:pPr>
              <w:spacing w:after="0"/>
            </w:pPr>
            <w:r>
              <w:rPr>
                <w:rFonts w:ascii="Calibri" w:hAnsi="Calibri" w:cs="Calibri"/>
                <w:b/>
                <w:i w:val="0"/>
                <w:color w:val="FFFFFF"/>
                <w:sz w:val="18"/>
              </w:rPr>
              <w:t>¿Devuelto? (Sí / No / No aplica)</w:t>
            </w:r>
          </w:p>
        </w:tc>
        <w:tc>
          <w:tcPr>
            <w:tcW w:type="dxa" w:w="2409"/>
            <w:shd w:val="clear" w:color="auto" w:fill="595959"/>
            <w:tcMar>
              <w:top w:w="40" w:type="dxa"/>
              <w:left w:w="80" w:type="dxa"/>
              <w:bottom w:w="40" w:type="dxa"/>
              <w:right w:w="80" w:type="dxa"/>
            </w:tcMar>
          </w:tcPr>
          <w:p>
            <w:pPr>
              <w:spacing w:after="0"/>
            </w:pPr>
            <w:r>
              <w:rPr>
                <w:rFonts w:ascii="Calibri" w:hAnsi="Calibri" w:cs="Calibri"/>
                <w:b/>
                <w:i w:val="0"/>
                <w:color w:val="FFFFFF"/>
                <w:sz w:val="18"/>
              </w:rPr>
              <w:t>Observación</w:t>
            </w:r>
          </w:p>
        </w:tc>
      </w:tr>
      <w:tr>
        <w:tc>
          <w:tcPr>
            <w:tcW w:type="dxa" w:w="2409"/>
            <w:tcMar>
              <w:top w:w="40" w:type="dxa"/>
              <w:left w:w="80" w:type="dxa"/>
              <w:bottom w:w="40" w:type="dxa"/>
              <w:right w:w="80" w:type="dxa"/>
            </w:tcMar>
          </w:tcPr>
          <w:p>
            <w:pPr>
              <w:spacing w:after="0"/>
            </w:pPr>
            <w:r>
              <w:rPr>
                <w:rFonts w:ascii="Calibri" w:hAnsi="Calibri" w:cs="Calibri"/>
                <w:b w:val="0"/>
                <w:i w:val="0"/>
                <w:color w:val="262626"/>
                <w:sz w:val="18"/>
              </w:rPr>
            </w:r>
          </w:p>
        </w:tc>
        <w:tc>
          <w:tcPr>
            <w:tcW w:type="dxa" w:w="2409"/>
            <w:tcMar>
              <w:top w:w="40" w:type="dxa"/>
              <w:left w:w="80" w:type="dxa"/>
              <w:bottom w:w="40" w:type="dxa"/>
              <w:right w:w="80" w:type="dxa"/>
            </w:tcMar>
          </w:tcPr>
          <w:p>
            <w:pPr>
              <w:spacing w:after="0"/>
            </w:pPr>
            <w:r>
              <w:rPr>
                <w:rFonts w:ascii="Calibri" w:hAnsi="Calibri" w:cs="Calibri"/>
                <w:b w:val="0"/>
                <w:i w:val="0"/>
                <w:color w:val="262626"/>
                <w:sz w:val="18"/>
              </w:rPr>
            </w:r>
          </w:p>
        </w:tc>
        <w:tc>
          <w:tcPr>
            <w:tcW w:type="dxa" w:w="2409"/>
            <w:tcMar>
              <w:top w:w="40" w:type="dxa"/>
              <w:left w:w="80" w:type="dxa"/>
              <w:bottom w:w="40" w:type="dxa"/>
              <w:right w:w="80" w:type="dxa"/>
            </w:tcMar>
          </w:tcPr>
          <w:p>
            <w:pPr>
              <w:spacing w:after="0"/>
            </w:pPr>
            <w:r>
              <w:rPr>
                <w:rFonts w:ascii="Calibri" w:hAnsi="Calibri" w:cs="Calibri"/>
                <w:b w:val="0"/>
                <w:i w:val="0"/>
                <w:color w:val="262626"/>
                <w:sz w:val="18"/>
              </w:rPr>
            </w:r>
          </w:p>
        </w:tc>
        <w:tc>
          <w:tcPr>
            <w:tcW w:type="dxa" w:w="2409"/>
            <w:tcMar>
              <w:top w:w="40" w:type="dxa"/>
              <w:left w:w="80" w:type="dxa"/>
              <w:bottom w:w="40" w:type="dxa"/>
              <w:right w:w="80" w:type="dxa"/>
            </w:tcMar>
          </w:tcPr>
          <w:p>
            <w:pPr>
              <w:spacing w:after="0"/>
            </w:pPr>
            <w:r>
              <w:rPr>
                <w:rFonts w:ascii="Calibri" w:hAnsi="Calibri" w:cs="Calibri"/>
                <w:b w:val="0"/>
                <w:i w:val="0"/>
                <w:color w:val="262626"/>
                <w:sz w:val="18"/>
              </w:rPr>
            </w:r>
          </w:p>
        </w:tc>
      </w:tr>
      <w:tr>
        <w:tc>
          <w:tcPr>
            <w:tcW w:type="dxa" w:w="2409"/>
            <w:tcMar>
              <w:top w:w="40" w:type="dxa"/>
              <w:left w:w="80" w:type="dxa"/>
              <w:bottom w:w="40" w:type="dxa"/>
              <w:right w:w="80" w:type="dxa"/>
            </w:tcMar>
          </w:tcPr>
          <w:p>
            <w:pPr>
              <w:spacing w:after="0"/>
            </w:pPr>
            <w:r>
              <w:rPr>
                <w:rFonts w:ascii="Calibri" w:hAnsi="Calibri" w:cs="Calibri"/>
                <w:b w:val="0"/>
                <w:i w:val="0"/>
                <w:color w:val="262626"/>
                <w:sz w:val="18"/>
              </w:rPr>
            </w:r>
          </w:p>
        </w:tc>
        <w:tc>
          <w:tcPr>
            <w:tcW w:type="dxa" w:w="2409"/>
            <w:tcMar>
              <w:top w:w="40" w:type="dxa"/>
              <w:left w:w="80" w:type="dxa"/>
              <w:bottom w:w="40" w:type="dxa"/>
              <w:right w:w="80" w:type="dxa"/>
            </w:tcMar>
          </w:tcPr>
          <w:p>
            <w:pPr>
              <w:spacing w:after="0"/>
            </w:pPr>
            <w:r>
              <w:rPr>
                <w:rFonts w:ascii="Calibri" w:hAnsi="Calibri" w:cs="Calibri"/>
                <w:b w:val="0"/>
                <w:i w:val="0"/>
                <w:color w:val="262626"/>
                <w:sz w:val="18"/>
              </w:rPr>
            </w:r>
          </w:p>
        </w:tc>
        <w:tc>
          <w:tcPr>
            <w:tcW w:type="dxa" w:w="2409"/>
            <w:tcMar>
              <w:top w:w="40" w:type="dxa"/>
              <w:left w:w="80" w:type="dxa"/>
              <w:bottom w:w="40" w:type="dxa"/>
              <w:right w:w="80" w:type="dxa"/>
            </w:tcMar>
          </w:tcPr>
          <w:p>
            <w:pPr>
              <w:spacing w:after="0"/>
            </w:pPr>
            <w:r>
              <w:rPr>
                <w:rFonts w:ascii="Calibri" w:hAnsi="Calibri" w:cs="Calibri"/>
                <w:b w:val="0"/>
                <w:i w:val="0"/>
                <w:color w:val="262626"/>
                <w:sz w:val="18"/>
              </w:rPr>
            </w:r>
          </w:p>
        </w:tc>
        <w:tc>
          <w:tcPr>
            <w:tcW w:type="dxa" w:w="2409"/>
            <w:tcMar>
              <w:top w:w="40" w:type="dxa"/>
              <w:left w:w="80" w:type="dxa"/>
              <w:bottom w:w="40" w:type="dxa"/>
              <w:right w:w="80" w:type="dxa"/>
            </w:tcMar>
          </w:tcPr>
          <w:p>
            <w:pPr>
              <w:spacing w:after="0"/>
            </w:pPr>
            <w:r>
              <w:rPr>
                <w:rFonts w:ascii="Calibri" w:hAnsi="Calibri" w:cs="Calibri"/>
                <w:b w:val="0"/>
                <w:i w:val="0"/>
                <w:color w:val="262626"/>
                <w:sz w:val="18"/>
              </w:rPr>
            </w:r>
          </w:p>
        </w:tc>
      </w:tr>
      <w:tr>
        <w:tc>
          <w:tcPr>
            <w:tcW w:type="dxa" w:w="2409"/>
            <w:tcMar>
              <w:top w:w="40" w:type="dxa"/>
              <w:left w:w="80" w:type="dxa"/>
              <w:bottom w:w="40" w:type="dxa"/>
              <w:right w:w="80" w:type="dxa"/>
            </w:tcMar>
          </w:tcPr>
          <w:p>
            <w:pPr>
              <w:spacing w:after="0"/>
            </w:pPr>
            <w:r>
              <w:rPr>
                <w:rFonts w:ascii="Calibri" w:hAnsi="Calibri" w:cs="Calibri"/>
                <w:b w:val="0"/>
                <w:i w:val="0"/>
                <w:color w:val="262626"/>
                <w:sz w:val="18"/>
              </w:rPr>
            </w:r>
          </w:p>
        </w:tc>
        <w:tc>
          <w:tcPr>
            <w:tcW w:type="dxa" w:w="2409"/>
            <w:tcMar>
              <w:top w:w="40" w:type="dxa"/>
              <w:left w:w="80" w:type="dxa"/>
              <w:bottom w:w="40" w:type="dxa"/>
              <w:right w:w="80" w:type="dxa"/>
            </w:tcMar>
          </w:tcPr>
          <w:p>
            <w:pPr>
              <w:spacing w:after="0"/>
            </w:pPr>
            <w:r>
              <w:rPr>
                <w:rFonts w:ascii="Calibri" w:hAnsi="Calibri" w:cs="Calibri"/>
                <w:b w:val="0"/>
                <w:i w:val="0"/>
                <w:color w:val="262626"/>
                <w:sz w:val="18"/>
              </w:rPr>
            </w:r>
          </w:p>
        </w:tc>
        <w:tc>
          <w:tcPr>
            <w:tcW w:type="dxa" w:w="2409"/>
            <w:tcMar>
              <w:top w:w="40" w:type="dxa"/>
              <w:left w:w="80" w:type="dxa"/>
              <w:bottom w:w="40" w:type="dxa"/>
              <w:right w:w="80" w:type="dxa"/>
            </w:tcMar>
          </w:tcPr>
          <w:p>
            <w:pPr>
              <w:spacing w:after="0"/>
            </w:pPr>
            <w:r>
              <w:rPr>
                <w:rFonts w:ascii="Calibri" w:hAnsi="Calibri" w:cs="Calibri"/>
                <w:b w:val="0"/>
                <w:i w:val="0"/>
                <w:color w:val="262626"/>
                <w:sz w:val="18"/>
              </w:rPr>
            </w:r>
          </w:p>
        </w:tc>
        <w:tc>
          <w:tcPr>
            <w:tcW w:type="dxa" w:w="2409"/>
            <w:tcMar>
              <w:top w:w="40" w:type="dxa"/>
              <w:left w:w="80" w:type="dxa"/>
              <w:bottom w:w="40" w:type="dxa"/>
              <w:right w:w="80" w:type="dxa"/>
            </w:tcMar>
          </w:tcPr>
          <w:p>
            <w:pPr>
              <w:spacing w:after="0"/>
            </w:pPr>
            <w:r>
              <w:rPr>
                <w:rFonts w:ascii="Calibri" w:hAnsi="Calibri" w:cs="Calibri"/>
                <w:b w:val="0"/>
                <w:i w:val="0"/>
                <w:color w:val="262626"/>
                <w:sz w:val="18"/>
              </w:rPr>
            </w:r>
          </w:p>
        </w:tc>
      </w:tr>
      <w:tr>
        <w:tc>
          <w:tcPr>
            <w:tcW w:type="dxa" w:w="2409"/>
            <w:tcMar>
              <w:top w:w="40" w:type="dxa"/>
              <w:left w:w="80" w:type="dxa"/>
              <w:bottom w:w="40" w:type="dxa"/>
              <w:right w:w="80" w:type="dxa"/>
            </w:tcMar>
          </w:tcPr>
          <w:p>
            <w:pPr>
              <w:spacing w:after="0"/>
            </w:pPr>
            <w:r>
              <w:rPr>
                <w:rFonts w:ascii="Calibri" w:hAnsi="Calibri" w:cs="Calibri"/>
                <w:b w:val="0"/>
                <w:i w:val="0"/>
                <w:color w:val="262626"/>
                <w:sz w:val="18"/>
              </w:rPr>
            </w:r>
          </w:p>
        </w:tc>
        <w:tc>
          <w:tcPr>
            <w:tcW w:type="dxa" w:w="2409"/>
            <w:tcMar>
              <w:top w:w="40" w:type="dxa"/>
              <w:left w:w="80" w:type="dxa"/>
              <w:bottom w:w="40" w:type="dxa"/>
              <w:right w:w="80" w:type="dxa"/>
            </w:tcMar>
          </w:tcPr>
          <w:p>
            <w:pPr>
              <w:spacing w:after="0"/>
            </w:pPr>
            <w:r>
              <w:rPr>
                <w:rFonts w:ascii="Calibri" w:hAnsi="Calibri" w:cs="Calibri"/>
                <w:b w:val="0"/>
                <w:i w:val="0"/>
                <w:color w:val="262626"/>
                <w:sz w:val="18"/>
              </w:rPr>
            </w:r>
          </w:p>
        </w:tc>
        <w:tc>
          <w:tcPr>
            <w:tcW w:type="dxa" w:w="2409"/>
            <w:tcMar>
              <w:top w:w="40" w:type="dxa"/>
              <w:left w:w="80" w:type="dxa"/>
              <w:bottom w:w="40" w:type="dxa"/>
              <w:right w:w="80" w:type="dxa"/>
            </w:tcMar>
          </w:tcPr>
          <w:p>
            <w:pPr>
              <w:spacing w:after="0"/>
            </w:pPr>
            <w:r>
              <w:rPr>
                <w:rFonts w:ascii="Calibri" w:hAnsi="Calibri" w:cs="Calibri"/>
                <w:b w:val="0"/>
                <w:i w:val="0"/>
                <w:color w:val="262626"/>
                <w:sz w:val="18"/>
              </w:rPr>
            </w:r>
          </w:p>
        </w:tc>
        <w:tc>
          <w:tcPr>
            <w:tcW w:type="dxa" w:w="2409"/>
            <w:tcMar>
              <w:top w:w="40" w:type="dxa"/>
              <w:left w:w="80" w:type="dxa"/>
              <w:bottom w:w="40" w:type="dxa"/>
              <w:right w:w="80" w:type="dxa"/>
            </w:tcMar>
          </w:tcPr>
          <w:p>
            <w:pPr>
              <w:spacing w:after="0"/>
            </w:pPr>
            <w:r>
              <w:rPr>
                <w:rFonts w:ascii="Calibri" w:hAnsi="Calibri" w:cs="Calibri"/>
                <w:b w:val="0"/>
                <w:i w:val="0"/>
                <w:color w:val="262626"/>
                <w:sz w:val="18"/>
              </w:rPr>
            </w:r>
          </w:p>
        </w:tc>
      </w:tr>
      <w:tr>
        <w:tc>
          <w:tcPr>
            <w:tcW w:type="dxa" w:w="2409"/>
            <w:tcMar>
              <w:top w:w="40" w:type="dxa"/>
              <w:left w:w="80" w:type="dxa"/>
              <w:bottom w:w="40" w:type="dxa"/>
              <w:right w:w="80" w:type="dxa"/>
            </w:tcMar>
          </w:tcPr>
          <w:p>
            <w:pPr>
              <w:spacing w:after="0"/>
            </w:pPr>
            <w:r>
              <w:rPr>
                <w:rFonts w:ascii="Calibri" w:hAnsi="Calibri" w:cs="Calibri"/>
                <w:b w:val="0"/>
                <w:i w:val="0"/>
                <w:color w:val="262626"/>
                <w:sz w:val="18"/>
              </w:rPr>
            </w:r>
          </w:p>
        </w:tc>
        <w:tc>
          <w:tcPr>
            <w:tcW w:type="dxa" w:w="2409"/>
            <w:tcMar>
              <w:top w:w="40" w:type="dxa"/>
              <w:left w:w="80" w:type="dxa"/>
              <w:bottom w:w="40" w:type="dxa"/>
              <w:right w:w="80" w:type="dxa"/>
            </w:tcMar>
          </w:tcPr>
          <w:p>
            <w:pPr>
              <w:spacing w:after="0"/>
            </w:pPr>
            <w:r>
              <w:rPr>
                <w:rFonts w:ascii="Calibri" w:hAnsi="Calibri" w:cs="Calibri"/>
                <w:b w:val="0"/>
                <w:i w:val="0"/>
                <w:color w:val="262626"/>
                <w:sz w:val="18"/>
              </w:rPr>
            </w:r>
          </w:p>
        </w:tc>
        <w:tc>
          <w:tcPr>
            <w:tcW w:type="dxa" w:w="2409"/>
            <w:tcMar>
              <w:top w:w="40" w:type="dxa"/>
              <w:left w:w="80" w:type="dxa"/>
              <w:bottom w:w="40" w:type="dxa"/>
              <w:right w:w="80" w:type="dxa"/>
            </w:tcMar>
          </w:tcPr>
          <w:p>
            <w:pPr>
              <w:spacing w:after="0"/>
            </w:pPr>
            <w:r>
              <w:rPr>
                <w:rFonts w:ascii="Calibri" w:hAnsi="Calibri" w:cs="Calibri"/>
                <w:b w:val="0"/>
                <w:i w:val="0"/>
                <w:color w:val="262626"/>
                <w:sz w:val="18"/>
              </w:rPr>
            </w:r>
          </w:p>
        </w:tc>
        <w:tc>
          <w:tcPr>
            <w:tcW w:type="dxa" w:w="2409"/>
            <w:tcMar>
              <w:top w:w="40" w:type="dxa"/>
              <w:left w:w="80" w:type="dxa"/>
              <w:bottom w:w="40" w:type="dxa"/>
              <w:right w:w="80" w:type="dxa"/>
            </w:tcMar>
          </w:tcPr>
          <w:p>
            <w:pPr>
              <w:spacing w:after="0"/>
            </w:pPr>
            <w:r>
              <w:rPr>
                <w:rFonts w:ascii="Calibri" w:hAnsi="Calibri" w:cs="Calibri"/>
                <w:b w:val="0"/>
                <w:i w:val="0"/>
                <w:color w:val="262626"/>
                <w:sz w:val="18"/>
              </w:rPr>
            </w:r>
          </w:p>
        </w:tc>
      </w:tr>
    </w:tbl>
    <w:p>
      <w:pPr>
        <w:spacing w:after="40"/>
      </w:pPr>
    </w:p>
    <w:p>
      <w:pPr>
        <w:spacing w:before="160" w:after="60"/>
        <w:pBdr>
          <w:bottom w:val="single" w:sz="4" w:space="4" w:color="A6A6A6"/>
        </w:pBdr>
      </w:pPr>
      <w:r>
        <w:rPr>
          <w:rFonts w:ascii="Calibri" w:hAnsi="Calibri" w:cs="Calibri"/>
          <w:b/>
          <w:i w:val="0"/>
          <w:color w:val="404040"/>
          <w:sz w:val="22"/>
        </w:rPr>
        <w:t>8. Declaración de paz y salvo</w:t>
      </w:r>
    </w:p>
    <w:p>
      <w:pPr>
        <w:jc w:val="both"/>
      </w:pPr>
      <w:r>
        <w:rPr>
          <w:rFonts w:ascii="Calibri" w:hAnsi="Calibri" w:cs="Calibri"/>
          <w:b w:val="0"/>
          <w:i w:val="0"/>
          <w:color w:val="262626"/>
          <w:sz w:val="21"/>
        </w:rPr>
        <w:t>Con la firma de esta acta las partes declaran que, una vez cumplido lo aquí pactado, no queda ningún saldo, reclamación ni obligación pendiente entre ellas por el contrato que se termina, salvo lo que quede expresamente escrito en el punto de asuntos pendientes.</w:t>
      </w:r>
    </w:p>
    <w:p>
      <w:pPr>
        <w:spacing w:before="160" w:after="60"/>
        <w:pBdr>
          <w:bottom w:val="single" w:sz="4" w:space="4" w:color="A6A6A6"/>
        </w:pBdr>
      </w:pPr>
      <w:r>
        <w:rPr>
          <w:rFonts w:ascii="Calibri" w:hAnsi="Calibri" w:cs="Calibri"/>
          <w:b/>
          <w:i w:val="0"/>
          <w:color w:val="404040"/>
          <w:sz w:val="22"/>
        </w:rPr>
        <w:t>9. Asuntos pendientes y observaciones</w:t>
      </w:r>
    </w:p>
    <w:p>
      <w:r>
        <w:rPr>
          <w:rFonts w:ascii="Calibri" w:hAnsi="Calibri" w:cs="Calibri"/>
          <w:b w:val="0"/>
          <w:i/>
          <w:color w:val="262626"/>
          <w:sz w:val="20"/>
        </w:rPr>
        <w:t>[Escriba aquí lo que sigue vivo después de la terminación: entregas por hacer, garantías vigentes, soportes por enviar, confidencialidad que se mantiene.]</w:t>
      </w:r>
    </w:p>
    <w:p>
      <w:pPr>
        <w:spacing w:before="160" w:after="60"/>
        <w:pBdr>
          <w:bottom w:val="single" w:sz="4" w:space="4" w:color="A6A6A6"/>
        </w:pBdr>
      </w:pPr>
      <w:r>
        <w:rPr>
          <w:rFonts w:ascii="Calibri" w:hAnsi="Calibri" w:cs="Calibri"/>
          <w:b/>
          <w:i w:val="0"/>
          <w:color w:val="404040"/>
          <w:sz w:val="22"/>
        </w:rPr>
        <w:t>Firmas</w:t>
      </w:r>
    </w:p>
    <w:tbl>
      <w:tblPr>
        <w:tblW w:type="auto" w:w="0"/>
        <w:tblLook w:firstColumn="1" w:firstRow="1" w:lastColumn="0" w:lastRow="0" w:noHBand="0" w:noVBand="1" w:val="04A0"/>
        <w:tblBorders>
          <w:top w:val="none" w:sz="0"/>
          <w:left w:val="none" w:sz="0"/>
          <w:bottom w:val="none" w:sz="0"/>
          <w:right w:val="none" w:sz="0"/>
          <w:insideH w:val="none" w:sz="0"/>
          <w:insideV w:val="none" w:sz="0"/>
        </w:tblBorders>
      </w:tblPr>
      <w:tblGrid>
        <w:gridCol w:w="3213"/>
        <w:gridCol w:w="3213"/>
        <w:gridCol w:w="3213"/>
      </w:tblGrid>
      <w:tr>
        <w:tc>
          <w:tcPr>
            <w:tcW w:type="dxa" w:w="3213"/>
            <w:tcMar>
              <w:top w:w="200" w:type="dxa"/>
              <w:left w:w="80" w:type="dxa"/>
              <w:bottom w:w="40" w:type="dxa"/>
              <w:right w:w="80" w:type="dxa"/>
            </w:tcMar>
          </w:tcPr>
          <w:p>
            <w:pPr>
              <w:spacing w:after="20"/>
              <w:pBdr>
                <w:bottom w:val="single" w:sz="6" w:space="4" w:color="595959"/>
              </w:pBdr>
            </w:pPr>
            <w:r>
              <w:rPr>
                <w:rFonts w:ascii="Calibri" w:hAnsi="Calibri" w:cs="Calibri"/>
                <w:b w:val="0"/>
                <w:i w:val="0"/>
                <w:color w:val="262626"/>
                <w:sz w:val="18"/>
              </w:rPr>
            </w:r>
          </w:p>
          <w:p>
            <w:pPr>
              <w:spacing w:after="20"/>
            </w:pPr>
            <w:r>
              <w:rPr>
                <w:rFonts w:ascii="Calibri" w:hAnsi="Calibri" w:cs="Calibri"/>
                <w:b w:val="0"/>
                <w:i w:val="0"/>
                <w:color w:val="262626"/>
                <w:sz w:val="18"/>
              </w:rPr>
              <w:t>PARTE QUE ENTREGA</w:t>
            </w:r>
          </w:p>
          <w:p>
            <w:pPr>
              <w:spacing w:after="20"/>
            </w:pPr>
            <w:r>
              <w:rPr>
                <w:rFonts w:ascii="Calibri" w:hAnsi="Calibri" w:cs="Calibri"/>
                <w:b w:val="0"/>
                <w:i/>
                <w:color w:val="262626"/>
                <w:sz w:val="18"/>
              </w:rPr>
              <w:t>Nombre, documento o NIT y firma</w:t>
            </w:r>
          </w:p>
        </w:tc>
        <w:tc>
          <w:tcPr>
            <w:tcW w:type="dxa" w:w="3213"/>
            <w:tcMar>
              <w:top w:w="200" w:type="dxa"/>
              <w:left w:w="80" w:type="dxa"/>
              <w:bottom w:w="40" w:type="dxa"/>
              <w:right w:w="80" w:type="dxa"/>
            </w:tcMar>
          </w:tcPr>
          <w:p>
            <w:pPr>
              <w:spacing w:after="20"/>
              <w:pBdr>
                <w:bottom w:val="single" w:sz="6" w:space="4" w:color="595959"/>
              </w:pBdr>
            </w:pPr>
            <w:r>
              <w:rPr>
                <w:rFonts w:ascii="Calibri" w:hAnsi="Calibri" w:cs="Calibri"/>
                <w:b w:val="0"/>
                <w:i w:val="0"/>
                <w:color w:val="262626"/>
                <w:sz w:val="18"/>
              </w:rPr>
            </w:r>
          </w:p>
          <w:p>
            <w:pPr>
              <w:spacing w:after="20"/>
            </w:pPr>
            <w:r>
              <w:rPr>
                <w:rFonts w:ascii="Calibri" w:hAnsi="Calibri" w:cs="Calibri"/>
                <w:b w:val="0"/>
                <w:i w:val="0"/>
                <w:color w:val="262626"/>
                <w:sz w:val="18"/>
              </w:rPr>
              <w:t>PARTE QUE RECIBE</w:t>
            </w:r>
          </w:p>
          <w:p>
            <w:pPr>
              <w:spacing w:after="20"/>
            </w:pPr>
            <w:r>
              <w:rPr>
                <w:rFonts w:ascii="Calibri" w:hAnsi="Calibri" w:cs="Calibri"/>
                <w:b w:val="0"/>
                <w:i/>
                <w:color w:val="262626"/>
                <w:sz w:val="18"/>
              </w:rPr>
              <w:t>Nombre, documento o NIT y firma</w:t>
            </w:r>
          </w:p>
        </w:tc>
        <w:tc>
          <w:tcPr>
            <w:tcW w:type="dxa" w:w="3213"/>
            <w:tcMar>
              <w:top w:w="200" w:type="dxa"/>
              <w:left w:w="80" w:type="dxa"/>
              <w:bottom w:w="40" w:type="dxa"/>
              <w:right w:w="80" w:type="dxa"/>
            </w:tcMar>
          </w:tcPr>
          <w:p>
            <w:pPr>
              <w:spacing w:after="20"/>
              <w:pBdr>
                <w:bottom w:val="single" w:sz="6" w:space="4" w:color="595959"/>
              </w:pBdr>
            </w:pPr>
            <w:r>
              <w:rPr>
                <w:rFonts w:ascii="Calibri" w:hAnsi="Calibri" w:cs="Calibri"/>
                <w:b w:val="0"/>
                <w:i w:val="0"/>
                <w:color w:val="262626"/>
                <w:sz w:val="18"/>
              </w:rPr>
            </w:r>
          </w:p>
          <w:p>
            <w:pPr>
              <w:spacing w:after="20"/>
            </w:pPr>
            <w:r>
              <w:rPr>
                <w:rFonts w:ascii="Calibri" w:hAnsi="Calibri" w:cs="Calibri"/>
                <w:b w:val="0"/>
                <w:i w:val="0"/>
                <w:color w:val="262626"/>
                <w:sz w:val="18"/>
              </w:rPr>
              <w:t>TESTIGO O REVISOR</w:t>
            </w:r>
          </w:p>
          <w:p>
            <w:pPr>
              <w:spacing w:after="20"/>
            </w:pPr>
            <w:r>
              <w:rPr>
                <w:rFonts w:ascii="Calibri" w:hAnsi="Calibri" w:cs="Calibri"/>
                <w:b w:val="0"/>
                <w:i/>
                <w:color w:val="262626"/>
                <w:sz w:val="18"/>
              </w:rPr>
              <w:t>Nombre, documento y firma</w:t>
            </w:r>
          </w:p>
        </w:tc>
      </w:tr>
    </w:tbl>
    <w:tbl>
      <w:tblPr>
        <w:tblW w:type="auto" w:w="0"/>
        <w:tblLook w:firstColumn="1" w:firstRow="1" w:lastColumn="0" w:lastRow="0" w:noHBand="0" w:noVBand="1" w:val="04A0"/>
      </w:tblPr>
      <w:tblGrid>
        <w:gridCol w:w="9638"/>
      </w:tblGrid>
      <w:tr>
        <w:tc>
          <w:tcPr>
            <w:tcW w:type="dxa" w:w="9638"/>
            <w:shd w:val="clear" w:color="auto" w:fill="F7F7F7"/>
            <w:tcBorders>
              <w:top w:val="single" w:sz="6" w:space="0" w:color="A6A6A6"/>
              <w:left w:val="single" w:sz="6" w:space="0" w:color="A6A6A6"/>
              <w:bottom w:val="single" w:sz="6" w:space="0" w:color="A6A6A6"/>
              <w:right w:val="single" w:sz="6" w:space="0" w:color="A6A6A6"/>
            </w:tcBorders>
            <w:tcMar>
              <w:top w:w="90" w:type="dxa"/>
              <w:left w:w="140" w:type="dxa"/>
              <w:bottom w:w="90" w:type="dxa"/>
              <w:right w:w="140" w:type="dxa"/>
            </w:tcMar>
          </w:tcPr>
          <w:p>
            <w:pPr>
              <w:spacing w:after="0"/>
            </w:pPr>
            <w:r>
              <w:rPr>
                <w:rFonts w:ascii="Calibri" w:hAnsi="Calibri" w:cs="Calibri"/>
                <w:b w:val="0"/>
                <w:i w:val="0"/>
                <w:color w:val="595959"/>
                <w:sz w:val="18"/>
              </w:rPr>
              <w:t>Este es un modelo general de uso interno. No es asesoría legal: antes de usarlo, revíselo con su asesor o contador y ajústelo a las reglas que le apliquen.</w:t>
            </w:r>
          </w:p>
        </w:tc>
      </w:tr>
    </w:tbl>
    <w:p>
      <w:pPr>
        <w:spacing w:after="40"/>
      </w:pPr>
    </w:p>
    <w:tbl>
      <w:tblPr>
        <w:tblW w:type="auto" w:w="0"/>
        <w:tblLook w:firstColumn="1" w:firstRow="1" w:lastColumn="0" w:lastRow="0" w:noHBand="0" w:noVBand="1" w:val="04A0"/>
      </w:tblPr>
      <w:tblGrid>
        <w:gridCol w:w="9638"/>
      </w:tblGrid>
      <w:tr>
        <w:tc>
          <w:tcPr>
            <w:tcW w:type="dxa" w:w="9638"/>
            <w:shd w:val="clear" w:color="auto" w:fill="F7F7F7"/>
            <w:tcBorders>
              <w:top w:val="single" w:sz="6" w:space="0" w:color="A6A6A6"/>
              <w:left w:val="single" w:sz="6" w:space="0" w:color="A6A6A6"/>
              <w:bottom w:val="single" w:sz="6" w:space="0" w:color="A6A6A6"/>
              <w:right w:val="single" w:sz="6" w:space="0" w:color="A6A6A6"/>
            </w:tcBorders>
            <w:tcMar>
              <w:top w:w="90" w:type="dxa"/>
              <w:left w:w="140" w:type="dxa"/>
              <w:bottom w:w="90" w:type="dxa"/>
              <w:right w:w="140" w:type="dxa"/>
            </w:tcMar>
          </w:tcPr>
          <w:p>
            <w:pPr>
              <w:spacing w:after="0"/>
            </w:pPr>
            <w:r>
              <w:rPr>
                <w:rFonts w:ascii="Calibri" w:hAnsi="Calibri" w:cs="Calibri"/>
                <w:b w:val="0"/>
                <w:i w:val="0"/>
                <w:color w:val="595959"/>
                <w:sz w:val="18"/>
              </w:rPr>
              <w:t>Una vez firmado, archive este documento con sus anexos en la carpeta del área. Deje una copia para cada una de las partes que lo firman.</w:t>
            </w:r>
          </w:p>
        </w:tc>
      </w:tr>
    </w:tbl>
    <w:p>
      <w:pPr>
        <w:spacing w:after="40"/>
      </w:pPr>
    </w:p>
    <w:sectPr w:rsidR="00FC693F" w:rsidRPr="0006063C" w:rsidSect="00034616">
      <w:footerReference w:type="default" r:id="rId9"/>
      <w:pgSz w:w="11906" w:h="16838"/>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left"/>
      <w:pBdr>
        <w:top w:val="single" w:sz="4" w:space="4" w:color="A6A6A6"/>
      </w:pBdr>
    </w:pPr>
    <w:r/>
    <w:r>
      <w:rPr>
        <w:rFonts w:ascii="Calibri" w:hAnsi="Calibri" w:cs="Calibri"/>
        <w:b w:val="0"/>
        <w:i w:val="0"/>
        <w:color w:val="595959"/>
        <w:sz w:val="16"/>
      </w:rPr>
      <w:t xml:space="preserve">[Nombre de la empresa] · Terminación y liquidación de contrato    </w:t>
    </w:r>
    <w:r>
      <w:rPr>
        <w:rFonts w:ascii="Calibri" w:hAnsi="Calibri" w:cs="Calibri"/>
        <w:b w:val="0"/>
        <w:i w:val="0"/>
        <w:color w:val="595959"/>
        <w:sz w:val="16"/>
      </w:rPr>
      <w:t xml:space="preserve">Página </w:t>
    </w:r>
    <w:fldSimple w:instr="PAGE">
      <w:r>
        <w:rPr>
          <w:sz w:val="16"/>
          <w:color w:val="595959"/>
        </w:rPr>
        <w:t>1</w:t>
      </w:r>
    </w:fldSimple>
    <w:r/>
    <w:r>
      <w:rPr>
        <w:rFonts w:ascii="Calibri" w:hAnsi="Calibri" w:cs="Calibri"/>
        <w:b w:val="0"/>
        <w:i w:val="0"/>
        <w:color w:val="595959"/>
        <w:sz w:val="16"/>
      </w:rPr>
      <w:t xml:space="preserve"> de </w:t>
    </w:r>
    <w:fldSimple w:instr="NUMPAGES">
      <w:r>
        <w:rPr>
          <w:sz w:val="16"/>
          <w:color w:val="595959"/>
        </w:rPr>
        <w:t>1</w:t>
      </w:r>
    </w:fldSimpl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before="0"/>
    </w:pPr>
    <w:rPr>
      <w:rFonts w:ascii="Calibri" w:hAnsi="Calibri" w:cs="Calibri" w:eastAsia="Calibri"/>
      <w:color w:val="262626"/>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Acta de terminación y liquidación de contrato</dc:title>
  <dc:subject>Acta de terminación y liquidación de contrato</dc:subject>
  <dc:creator>Kardex Tauro</dc:creator>
  <cp:keywords/>
  <dc:description>Plantilla gratuita de kardex-tauro.muisca.co</dc:description>
  <cp:lastModifiedBy/>
  <cp:revision>1</cp:revision>
  <dcterms:created xsi:type="dcterms:W3CDTF">2013-12-23T23:15:00Z</dcterms:created>
  <dcterms:modified xsi:type="dcterms:W3CDTF">2013-12-23T23:15:00Z</dcterms:modified>
  <cp:category/>
</cp:coreProperties>
</file>