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ENCAMINHAMENTO MÉDICO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Resumo do caso e pedido concreto ao especialista, com a prioridade assinalada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[DV-___]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do paciente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completo do paciente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nascimento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Sexo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Telefone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Plano de saúde ou convênio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Profissional que encaminha e destino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Profissional que encaminha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Número de registro profissional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Serviço ou setor de origem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Profissional ou serviço de destino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Especialidade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Motivo do encaminhamento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[Explique em uma ou duas frases por que encaminha o paciente e o que espera resolver com o encaminhamento.]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Motivo do encaminhamento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Resumo do quadro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[Organize o caso como uma história curta: quando começou, como evoluiu, o que já foi feito e quais exames já existem. O especialista precisa entender o caso sem ver o paciente.]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317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Aspecto do quadro</w:t>
            </w:r>
          </w:p>
        </w:tc>
        <w:tc>
          <w:tcPr>
            <w:tcW w:type="dxa" w:w="646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Descrição</w:t>
            </w:r>
          </w:p>
        </w:tc>
      </w:tr>
      <w:tr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Início dos sintomas</w:t>
            </w:r>
          </w:p>
        </w:tc>
        <w:tc>
          <w:tcPr>
            <w:tcW w:type="dxa" w:w="646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Evolução</w:t>
            </w:r>
          </w:p>
        </w:tc>
        <w:tc>
          <w:tcPr>
            <w:tcW w:type="dxa" w:w="646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Tratamento já aplicado</w:t>
            </w:r>
          </w:p>
        </w:tc>
        <w:tc>
          <w:tcPr>
            <w:tcW w:type="dxa" w:w="646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Exames anteriores</w:t>
            </w:r>
          </w:p>
        </w:tc>
        <w:tc>
          <w:tcPr>
            <w:tcW w:type="dxa" w:w="646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Achados relevantes e diagnóstico de trabalho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Achados relevantes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Diagnóstico de trabalho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Pergunta ou pedido concreto ao especialista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[Escreva a pergunta concreta: confirmar o diagnóstico, definir a conduta, avaliar um procedimento, ter uma segunda opinião. Um encaminhamento sem pergunta clara costuma terminar em outro encaminhamento.]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Pergunta ou pedido ao especialista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Prioridade e dados de contato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Prioridade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Marque com um X</w:t>
            </w:r>
          </w:p>
        </w:tc>
        <w:tc>
          <w:tcPr>
            <w:tcW w:type="dxa" w:w="544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Quando é usado</w:t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Urgente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 ]</w:t>
            </w:r>
          </w:p>
        </w:tc>
        <w:tc>
          <w:tcPr>
            <w:tcW w:type="dxa" w:w="54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Precisa avaliação no menor tempo possível</w:t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Prioritária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 ]</w:t>
            </w:r>
          </w:p>
        </w:tc>
        <w:tc>
          <w:tcPr>
            <w:tcW w:type="dxa" w:w="54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Deve ser visto logo, mas pode esperar algumas horas ou dias</w:t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Rotina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 ]</w:t>
            </w:r>
          </w:p>
        </w:tc>
        <w:tc>
          <w:tcPr>
            <w:tcW w:type="dxa" w:w="54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Pode ser agendado na agenda habitual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Como contatar quem encaminha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Telefone do paciente ou do acompanhante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PROFISSIONAL QUE ENCAMINHA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número de registro profissional e assinatura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PROFISSIONAL OU SERVIÇO QUE RECEBE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carimbo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Aviso: este modelo é um guia de uso interno e não substitui o critério do profissional nem o prontuário oficial; antes de usar, revise-o e ajuste-o à normativa sanitária do país onde o atendimento é feito.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Encaminhamento médico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Derivación o interconsulta</dc:title>
  <dc:subject>Formato de derivación con resumen del cuadro y prioridad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