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TERMO DE QUITAÇÃO TRABALHISTA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colaborador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[Nome completo]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N.º do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desligamento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do desligamento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Verificação por áreas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Área ou item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Gestor imediato (atividades e documentos do cargo)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Almoxarifado ou ativos (equipamentos, ferramentas, uniforme)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TI (usuário, e-mail, acessos e senhas)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Contabilidade ou financeiro (adiantamentos, caixa pequeno, despesas)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Recursos Humanos (crachá, uniforme, itens de trabalho)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Documentação e arquivo da área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Declaração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 empresa declara que o colaborador entregou os itens listados e encerrou as pendências indicadas acima. Qualquer valor pendente é acordado à parte com a área correspondente.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Esta quitação é um controle interno, não uma rescisão: não substitui o acerto final. Arquive-a no prontuário do colaborador junto com a ata de entrega de cargo.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Termo de quitação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Paz y salvo laboral</dc:title>
  <dc:subject>Paz y salvo laboral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