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DEFESA PRÉVIA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Registro da manifestação do trabalhador em procedimento disciplinar interno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pela diligência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do trabalhador convocado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da convocação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do processo interno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Convocado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e forma da convocação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Fatos imputados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Descrição do fato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Data do fato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Comprovações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Presentes na diligência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Função na diligência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Manifestação do trabalhador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Pergunta ou assunto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Resposta do trabalhador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Você reconhece os fatos imputados?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 que alega em sua defesa?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Apresenta provas ou testemunhas? Quais?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Deseja acrescentar algo mais?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Registros da diligência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trabalhador foi informado do motivo da diligência, dos fatos imputados e do direito de apresentar defesa e provas.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trabalhador compareceu acompanhado de [ ] , ou declarou comparecer por conta própria.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 decisão será comunicada por escrito dentro do prazo interno previsto, com cópia desta ata no prontuário do trabalhador.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O trabalhador assina para registrar que foi informado e que apresentou sua versão. A assinatura não implica aceitação de responsabilidade.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Documento de uso interno para registrar a diligência e a versão do trabalhador. Este formulário não é assessoria jurídica: antes de usá-lo, verifique com seu advogado trabalhista o procedimento interno aplicável à sua empresa e ao seu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Ata de defesa prévia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descargos</dc:title>
  <dc:subject>Acta de descargos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