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INVITACIÓN A UN EVENTO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Tarjeta con fecha, lugar, programa corto y confirmación de asistencia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evento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evento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(aniversario / apertura / capacitación / boda / otra)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invita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Contacto del anfitrión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Fecha, hora y lugar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Punto de referencia para llegar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Parqueadero (Sí / No / En la calle)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Acceso para sillas de ruedas (Sí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Programa corto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</w:t>
            </w:r>
          </w:p>
        </w:tc>
        <w:tc>
          <w:tcPr>
            <w:tcW w:type="dxa" w:w="759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 de inicio]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[Recepción y registro de invitados]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[Palabras de bienvenida]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[Actividad principal]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[Refrigerio o cena]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[Cierre y agradecimiento]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Código de vestuario y recomendaciones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Vestuario (formal / casual / deportivo / según el clima)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lo práctico: si hay que llevar algo, si el lugar es frío o al aire libre, si hay niños invitados, si es un evento con cena o solo con refrigerio.]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Confirmación de asistencia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[La confirmación sirve para calcular comida, sillas y material. Pídala con fecha límite y diga para qué la necesita: «confirme antes del [fecha] para reservar su puesto».]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quién se confirma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Por dónde (teléfono / correo / mensaje)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Hasta cuándo se confirma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Qué datos se piden al confirmar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Notas para los invitados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[Regalos, acompañantes, mascotas, horario de llegada recomendado, estacionamiento, qué pasa si llueve.]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Texto listo para enviar por mensaje o correo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aquí la versión corta de la invitación, con los cinco datos que no pueden faltar: qué es, cuándo, dónde, quién invita y hasta cuándo confirmar.]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INVITA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Invitación a evento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a un evento</dc:title>
  <dc:subject>Invitación con programa y confirmación de asistencia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