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INSTRUCTIVO DE TRABAJO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El paso a paso de una tarea: cómo se hace, con qué, qué se revisa y qué hacer si algo sale mal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[IT-___]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Aprobado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 proceso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generales del instructivo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Puesto de trabajo o tarea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 proceso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Responsable del instructivo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Aprobado por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aprobación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Reemplaza a la versión 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Objetivo del instructivo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[Una frase: qué tarea deja hecha bien este instructivo y para qué sirve tenerla escrita.]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Alcance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[Diga a qué puesto, equipo o turno aplica, en qué sede, y desde cuándo rige. Si hay una tarea parecida que NO cubre, menciónela.]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Datos y materiales que se usan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Dato o material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Para qué se usa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 dónde se obtiene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Equipos y elementos de protección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Elemento o equipo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Para qué se usa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se verifica que está en buen estado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Pasos de la tarea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Paso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se hace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Punto de control (qué debe estar bien al terminar el paso)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hacer si algo sale mal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Qué no se debe hacer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[Acciones que rompen la tarea o ponen en riesgo a alguien]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[Cambios de método no autorizados]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[Usar equipos sin la verificación previa]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Qué hacer en caso de emergencia o desviación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 quién avisar de inmediato y por qué medio]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[Cómo detener la tarea de forma segura]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[Dónde está el punto de encuentro y los elementos de primeros auxilios]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Registros que genera este instructivo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Registro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Quién lo llena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Dónde se archiva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Cuánto se conserva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Aprobación y firmas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Al aprobarse, esta versión reemplaza a la anterior. El instructivo se revisa cuando cambia el equipo, el método o la tarea, y se deja constancia en la tabla de control.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ELABORA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APRUEBA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TRABAJADOR QUE LO RECIBE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Instructivo de trabajo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Instructivo de trabajo</dc:title>
  <dc:subject>Instructivo de trabajo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