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CERTIFICADO LABORAL</w:t>
      </w:r>
    </w:p>
    <w:p>
      <w:pPr>
        <w:spacing w:after="120"/>
        <w:pBdr>
          <w:bottom w:val="single" w:sz="6" w:space="4" w:color="A6A6A6"/>
        </w:pBdr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quien pueda interesar: [Nombre de la empresa], identificada con [NIT], certifica que [nombre completo del trabajador], identificado(a) con [documento], [labora actualmente / laboró] en esta empresa desde el [fecha de ingreso] [hasta el [fecha de retiro]], desempeñando el cargo de [cargo].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vinculación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Detalle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Área o dependencia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Tipo de vinculación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Jornada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Fecha de ingreso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Fecha de retiro (si aplica)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Funciones desempeñadas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Durante su vinculación tuvo a su cargo las siguientes funciones: [funciones principales del cargo].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Constancia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Se expide a solicitud del interesado en [ciudad], el [fecha].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[Nombre del firmante] · [Cargo del firmante]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[hoja de vida del colaborador]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Expida únicamente hechos verificables de la vinculación: cargo, fechas, tipo de contrato y, si el trabajador lo pide, funciones y salario. No incluya opiniones ni información que pueda perjudicarlo.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Certificado laboral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laboral</dc:title>
  <dc:subject>Certificado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