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CONTRATO DE FORNECIMENTO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 e produtos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fornecedor se obriga a fornecer ao comprador os produtos relacionados a seguir, nas condições pactuadas neste documento.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Preço unitário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 de entrega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Preços e reajustes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preços permanecerão fixos por [número] meses. Depois desse período poderão ser revisados por acordo escrito entre as partes, com aviso prévio de [número] dias. Os preços incluem [transporte até o depósito / não incluem transporte].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Entregas e recebimento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Cada entrega será acompanhada de [fatura e documento de entrega] e será recebida somente com o documento de recebimento assinado pela pessoa autorizada do comprador. Entregas parciais não são consideradas aceitas até a conferência.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Qualidade e garantia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fornecedor garante que os produtos atendem às especificações acordadas, estão em bom estado e têm a vida útil informada. Os problemas devem ser comunicados por escrito nos [número] dias seguintes ao recebimento.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Descumprimento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Em caso de descumprimento, a parte prejudicada poderá exigir [a entrega do que falta, a substituição dos produtos ou a devolução do valor pago] e poderá encerrar o contrato se o descumprimento não for corrigido nos [número] dias seguintes ao aviso por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Vigência e término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prévio para terminar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[compras] · [contabilidade]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Quantifique o que uma falha do fornecedor custaria (repor um pedido, deixar um cliente na mão) e escreva isso no contrato. Revise-o com seu assessor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Contrato de fornecimento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suministro</dc:title>
  <dc:subject>Contrato de suministro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