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Señores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la empresa destinataria]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y 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presentación de nuestra empresa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[Nombre de la empresa] es una empresa dedicada a [actividad principal] con [número] años de experiencia en [ciudad o región]. Atendemos a [tipo de cliente o sector].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Trabajamos con [productos o servicios principales], con [ventaja concreta: entregas en 24 horas / producción propia / soporte técnico].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Consideramos que podemos aportar a [necesidad del destinatario] en tres frentes: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Producto o servicio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qué sirve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[Producto o servicio 1]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[Beneficio concreto para el cliente]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[Producto o servicio 2]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[Beneficio concreto]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[Producto o servicio 3]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[Beneficio concreto]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Nos gustaría presentar nuestra propuesta en una reunión de [duración] minutos, en la fecha y la hora que le resulten convenientes. Podemos atenderle en sus instalaciones o por videollamada.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Quedamos atentos a su respuesta y agradecemos de antemano su tiempo.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[Nombre de la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[área comercial]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Carta de presentación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presentación de empresa</dc:title>
  <dc:subject>Carta de presentación de empresa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