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MANUAL DE FUNCIONES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Qué hace cada cargo, qué se le exige y cómo se mide su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[MF-___]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 del manual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para qué existe este manual: ordenar las funciones de cada cargo, evitar duplicidades y dejar claro quién responde por qué.]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a qué áreas, sedes y cargos aplica, y desde qué fecha rige. Si hay cargos que quedan fuera, menciónelos.]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Cómo se usa este manual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Cada cargo tiene una ficha con identificación, objetivo, funciones y requisitos.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 ficha se entrega al trabajador el primer día y se firma como constancia.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Las funciones se revisan cuando cambia el proceso, el cargo o la organización del área.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Toda modificación se registra en la tabla de control del documento.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manual vigente es uno solo: las versiones anteriores se archivan y se marcan como reemplazadas.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Identificación de la empresa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Razón social o nombre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NIT 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Actividad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Organización y áreas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 o proceso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la lidera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Cargos que la conforman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 de cargos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Identificación del cargo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Denominación del 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Jefe inmediato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Cargos que le reportan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Personal a cargo (número)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vinculación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Objetivo del cargo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[Una sola frase: para qué existe este cargo y qué resultado entrega a la empresa.]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Funciones y responsabilidades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Función o responsabilidad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Frecuencia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Requisitos del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Requisito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Educación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Formación complementaria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Conocimientos técnicos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Habilidades y competencias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Idiomas u otros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Indicadores del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calcula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Periodicidad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Relaciones del cargo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 quién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(interno / externo)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Condiciones del puesto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Jornada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de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Equipos y herramientas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Riesgos principales del puesto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Elementos de protección requeridos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Aprobación y aceptación del cargo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trabajador declara que recibió y entendió la ficha de su cargo y que conoce las funciones, los requisitos y los indicadores aquí descritos.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JEFE DEL ÁREA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APRUEBA EL MANUAL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TRABAJADOR QUE RECIBE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archivo trae la ficha de UN cargo. Para armar el manual completo, repita el bloque de las secciones 6 a 12 por cada cargo, en el orden del organigrama, y vuelva a numerar las secciones antes de aprobarlo.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Manual de funciones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funciones</dc:title>
  <dc:subject>Manual de funciones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