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RECEITA MÉDICA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Orientações assinadas pelo profissional, com recomendações e avisos ao paciente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[RX-___]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paciente e data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do profissional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profissional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registro profissional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Especialidade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 ou e-mail de contato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Indicações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Medicamento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Apresentação ou concentração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Indicações de uso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Duração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Recomendações gerais não farmacológicas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as medidas que não são medicamentos: repouso relativo, hidratação, alimentação, cuidados em casa e os sinais que obrigam a voltar à consulta.]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Recomendações gerais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Avisos ao paciente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o paciente precisa saber: como continuar o tratamento, o que não combinar com ele, o que fazer se aparecer uma reação e por que não deve compartilhar nem reutilizar o que foi indicado.]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Próxima revisão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próxima revisão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 quem ou em qual serviço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QUE PRESCREVE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modelo é um guia de uso interno e não substitui o critério do profissional nem o prontuário oficial; antes de usar, revise-o e ajuste-o à normativa sanitária do país onde o atendimento é feito.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Receita médica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Receta médica</dc:title>
  <dc:subject>Formato de receta con indicaciones y advertencias al paciente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