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SHAREHOLDERS MEETING MINUTES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Meeting of the owners: quorum, votes, resolutions and appointment of directors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Meeting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Minutes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Meeting type (ordinary / extraordinary / universal)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(in person / virtual / hybrid)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Notice of meeting and quorum check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Called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notice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 of the notice (written / announcement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Was the quorum met? (Yes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Capital or shareholding represented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Guests (non-voting)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Attendees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Capacity (shareholder / proxy / guest)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Shares or stake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Agenda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[Quorum check and approval of the agenda]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[Management and results report for the period]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[Approval or review of the financial statements]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[Appointment or re-election of directors and of the auditor]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[Distribution of profits and shareholder proposals]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Agenda 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Summary of the discussion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Conclusion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Decisions and votes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Decision put to the vote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Votes in favour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Votes against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Abstentions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Outcome (approved / rejected / deferred)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Resolutions adopted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Copy each resolution exactly as approved, with its number and date. One resolution per item, starting with the word RESOLVED.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[RESOLVED: first decision adopted and its scope]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[RESOLVED: second decision adopted and its scope]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[RESOLVED: third decision adopted, with owners and dates]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Appointment or re-election of directors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Term or period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Records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Record dissenting votes, declared conflicts of interest, shareholders who asked to speak and the documents presented during the meeting.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Approval and signatures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minutes are submitted for approval and signed by the chair of the meeting and the secretary. They are filed in the minute book with consecutive numbering.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CHAIR OF THE MEETING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SECRETARY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SHAREHOLDER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Shareholders meeting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asamblea general de accionistas</dc:title>
  <dc:subject>Acta de asamblea general de accionistas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