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del entrevistador]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 del entrevistador]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empresa]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agradecimento pela entrevista de [data] —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Agradeço o tempo que me dedicou na entrevista de [data] para a vaga de [cargo]. Foi uma conversa que me permitiu conhecer melhor [o que lhe interessou: a equipe, o projeto, a forma de trabalho].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Depois de conhecer mais sobre a [nome da empresa], confirmo meu interesse na vaga. [Reforce um ponto concreto: um resultado seu que responde a uma necessidade que surgiu na entrevista].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Fico à disposição para ampliar qualquer informação ou para uma segunda conversa com a equipe. Pode me contatar em [telefone] ou em [e-mail].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Agradeço novamente pela oportunidade.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[Opcional: se combinou enviar documentos, mencione o anexo.]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combinados na entrevista]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Agradecimento pós-entrevista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agradecimiento tras una entrevista</dc:title>
  <dc:subject>Carta de agradecimiento tras una entrevista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