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RELATÓRIO DE AUDITORIA INTERNA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auditoria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Processo ou área auditada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revisado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Auditor(es)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 da auditoria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Abrangência e critérios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 que foi revisado: documentos, registros, movimentos, contagens. Liste os critérios usados, ou seja, os procedimentos e políticas da própria empresa com os quais o encontrado é comparado.]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Metodologia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Entrevistas com o pessoal do processo.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Revisão documental de procedimentos, atas e registros.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Testes seletivos sobre movimentos e saldos do sistema.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Observação direta no local durante a operação.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Verificação de contagens físicas contra o sistema.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Achados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[Desvio / Observação / Oportunidade de melhoria]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Achado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 proposta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acordada</w:t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Conclusões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[Encerre com uma conclusão por processo auditado: se os controles funcionam, funcionam em parte ou não funcionam, e o que deve ser corrigido primeiro. Não transforme o relatório em uma lista de culpados: o achado é escrito contra o processo, não contra a pessoa.]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Acompanhamento de achados anteriores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Achado anterior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 atual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 do avanço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Anexos e assinaturas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[Anexos: papéis de trabalho, listas de verificação, fotografias, relatórios do sistema]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Cada achado precisa de evidência e de uma ação com responsável e prazo: um relatório sem compromissos verificáveis não muda nada. Antes de publicá-lo, converse os achados com o líder do processo para confirmar os fatos e os prazos.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Auditoria interna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auditoría interna</dc:title>
  <dc:subject>Informe de auditoría interna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