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HOJA DE VIDA MODERNA Y CREATIVA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Diseño en dos columnas, con perfil, logros y competencias: se lee en dos minutos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personales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apellidos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Enlace a su portafolio o perfil (opcional)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Foto (opcional: solo si el puesto lo pide)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Perfil profesional (tres frases)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[Frase 1: quién es y cuántos años de experiencia tiene. Frase 2: en qué es bueno, con un dato. Frase 3: qué busca ahora. Sin «proactivo», «dinámico» ni «trabajo bajo presión».]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Experiencia con logros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Logro o responsabilidad principal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Formación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Título o curso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Competencias y herramientas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Competencia o herramienta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Dónde la aplicó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Idiomas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Idioma</w:t>
            </w:r>
          </w:p>
        </w:tc>
        <w:tc>
          <w:tcPr>
            <w:tcW w:type="dxa" w:w="623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 (básico / intermedio / avanzado / nativo)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Proyectos o portafolio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Proyecto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hizo usted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Referencias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y empresa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Teléfono o correo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Ajustes de diseño (para que se vea bien al imprimir)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Ajuste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qué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Una sola página si tiene menos de diez años de experiencia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reclutador lee en pantalla y no baja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Tamaño de letra de once puntos o más en el cuerpo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lee en el celular sin hacer zoom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Dos columnas: a la izquierda lo esencial, a la derecha el detalle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Guía la lectura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Sin gráficos de barras para el nivel de idiomas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 imprimir en gris no se distinguen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Formato PDF para enviar y Word solo si le piden editable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diseño no se descuadra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Nombre del archivo: nombre-apellido-cargo.pdf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encuentra entre cien archivos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Hoja de vida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moderna y creativa</dc:title>
  <dc:subject>Formato de hoja de vida de dos columnas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