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RELATÓRIO DE LABORATÓRIO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Objetivo, procedimento, dados obtidos e análise da prática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[LB-___]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da prática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da prática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Disciplina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Professor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Turma ou seção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Integrantes do grupo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Local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Objetivo da prática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[O que se queria comprovar ou medir. Um objetivo por prática, escrito com um verbo mensurável.]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Fundamento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[No máximo dois parágrafos: os conceitos que explicam o que será observado e por que se faz assim.]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Materiais e equipamentos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Material ou equipamento</w:t>
            </w:r>
          </w:p>
        </w:tc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Quantidade</w:t>
            </w:r>
          </w:p>
        </w:tc>
        <w:tc>
          <w:tcPr>
            <w:tcW w:type="dxa" w:w="43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Para que serve</w:t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Procedimento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[Escreva as etapas em ordem, de modo que outra pessoa possa repetir a prática sem perguntar nada. Comece cada etapa com a mesma forma verbal.]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Dados e observações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[Vai o que foi medido ou observado, tal como saiu, sem corrigir nem arredondar. Se algo saiu diferente do esperado, também se anota.]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Medição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 ou forma</w:t>
            </w:r>
          </w:p>
        </w:tc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Unidade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Observação</w:t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Cálculos e resultados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8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Cálculo</w:t>
            </w:r>
          </w:p>
        </w:tc>
        <w:tc>
          <w:tcPr>
            <w:tcW w:type="dxa" w:w="374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Fórmula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Resultado</w:t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Análise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[Compare os resultados com o fundamento: coincidem? Há diferenças? A que podem ser devidas?]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Conclusões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[O objetivo foi cumprido? O que se aprendeu? O que se faria diferente? Uma conclusão não repete os dados: interpreta.]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Fontes de erro e segurança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Fonte de erro</w:t>
            </w:r>
          </w:p>
        </w:tc>
        <w:tc>
          <w:tcPr>
            <w:tcW w:type="dxa" w:w="56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Precaução</w:t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Controle do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ESTUDANTES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Nomes e assinaturas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PROFESSOR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instituição] · Relatório de laboratório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laboratorio</dc:title>
  <dc:subject>Informe de una práctica de laboratorio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