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BUSINESS MODEL CANVAS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The nine blocks of the business on one page: what it offers, to whom, how it delivers and what it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business or the idea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Owner of the canvas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prepared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 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Canvas board (the nine blocks)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Key partners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Who they are and what they bring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Key activities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What is done every day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Value proposition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What is delivered and why they choose it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Customer relationships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How customers are served and kept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Customer segments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Who it is sold to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Key resources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What it counts on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Channels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How the product reaches the customer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Revenue streams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Where the money comes in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Cost structure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Where the money goes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Value proposition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one sentence what problem you solve for the customer and what you deliver. Then list three reasons why they would pick you.]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Customer segments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the customer is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they need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many they are or where they are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Revenue streams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Revenue stream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charged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share of the total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often it comes in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Cost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Cost type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covers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Fixed or variable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Assumptions to validate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assumed but not proven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will be tested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 obtained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Risks and assumptions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what would have to be true for the model to work: that the customer pays that price, that the supplier delivers on time, that the premises are on the right corner.]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Business model canvas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Canvas de negocio</dc:title>
  <dc:subject>Lienzo de modelo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