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CNPJ · Endereço · Cidade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Telefone · 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COMPROVANTE DE RENDA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Comprovante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[CI-___]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DE QUEM RECEBE]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ou órgão]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Comprovante de renda de [nome do colaborador]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empresa abaixo assinada declara que a pessoa identificada a seguir presta serviços a esta empresa e recebe a renda aqui detalhada. Este comprovante é emitido a pedido do colaborador e para o uso que ele indicar.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vínculo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Continua vinculado?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da empresa que emite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Representante legal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Renda declarada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mensal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Salário base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Auxílio ou vale-transporte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Outros pagamentos fixos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Média dos pagamentos variáveis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da renda mensal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Outros dados declarados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Tempo de serviço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Recebe outros valores? (descreva)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Uso e vigência deste comprovante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Uso indicado pelo colaborador (aluguel / crédito / visto / estudo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 do comprovante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valores aqui informados são os vigentes na data de emissão. Se as condições do colaborador mudarem, emite-se um novo comprovante.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Verificação e assinatura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Qualquer instituição pode verificar a autenticidade deste comprovante escrevendo para os contatos abaixo, informando o número do comprovante.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ASSINA]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[Cargo: representante legal ou RH]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ASSINATURA E CARIMBO DA EMPRESA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[CI-___]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Comprovante de renda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ingresos</dc:title>
  <dc:subject>Certificado de ingresos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