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INFORME TÉCNICO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Lo que se revisó, cómo se revisó, qué se encontró y qué se recomienda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[IN-___]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Aprobado por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Área o proceso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generales del informe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Informe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o proceso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Quién lo elabora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Dirigido 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Periodo o evento que cubre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de informe (inspección / diagnóstico / verificación / seguimiento / otro)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Observaciones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Objetivo del informe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[Una o dos frases: qué pregunta responde este informe y para qué se pidió.]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Alcance y antecedentes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Qué se revisó y qué quedó fuera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Antecedentes y documentos de partida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Limitaciones encontradas (información faltante, acceso, tiempo)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Cómo se hizo el trabajo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[Cómo se obtuvo la información: observación, entrevistas, revisión de registros]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[Qué se midió o se contó, y con qué instrumento o formato]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[Durante cuánto tiempo o en cuántas visitas]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[Quién acompañó o validó la toma de información]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Hallazgos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Hallazgo o resultado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Evidencia o soporte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Magnitud o diferencia observada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Dónde se observó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Análisis de los hallazgos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Causa probable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Consecuencia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Cómo se comprobó la causa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Conclusiones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[Primera conclusión, apoyada en los hallazgos]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[Segunda conclusión, apoyada en los hallazgos]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[Tercera conclusión, apoyada en los hallazgos]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Recomendaciones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Recomendación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Responsable sugerido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Prioridad (alta / media / baja)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Plazo sugerido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Anexos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[Liste los anexos: fotografías, planos, listados, mediciones, actas, correos y cualquier soporte de los hallazgos.]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Firmas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Quien elabora responde por la información consignada y por los soportes anexos. Quien revisa deja constancia de que el informe se ajusta a lo solicitado.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QUIEN ELABORA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QUIEN REVISA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QUIEN APRUEBA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Informe técnico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técnico</dc:title>
  <dc:subject>Informe técnico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