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To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 la empresa]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Atn.: [Nombre y cargo del jefe inmediato]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[Address]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[City]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resignation from the position of [position]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 hereby resign from my position as [position] at [company name], where I have worked since [start date].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My last working day will be [date], giving [number] days' notice as [required by my contract / agreed with the company].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 am grateful for the opportunity to have worked here and for the support I received during this time. I undertake to hand over my duties, documents and company property before that date.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 would appreciate confirmation of receipt of this letter and information about the final settlement and clearance process.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Yours faithfully,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[Full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ID number: [número]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[Phone] · [Email]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[my personal file] · [Human Resources]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Keep a copy of this letter showing the date and the signature or stamp of receipt: it is your proof of notice.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[Employee name] · Resignation letter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renuncia</dc:title>
  <dc:subject>Carta de renuncia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