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cs="Calibri"/>
          <w:b/>
          <w:i w:val="0"/>
          <w:color w:val="404040"/>
          <w:sz w:val="28"/>
        </w:rPr>
        <w:t>JOB APPLICATION FORM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Personal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Full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 number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of birth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Marital status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Address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City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Phone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Dependent children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Driving licence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Education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Institution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Qualification or programme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Year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Work experience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Company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Position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From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Reason for leaving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References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Name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Relationship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Phone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Availability and terms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Position applied for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Salary expectation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Available from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Shift availability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Willing to travel or relocate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How you heard about the vacancy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Consent and signature</w:t>
      </w:r>
    </w:p>
    <w:p>
      <w:r>
        <w:rPr>
          <w:rFonts w:ascii="Calibri" w:hAnsi="Calibri" w:cs="Calibri"/>
          <w:b w:val="0"/>
          <w:i/>
          <w:color w:val="262626"/>
          <w:sz w:val="18"/>
        </w:rPr>
        <w:t>I consent to the processing of my personal data for this recruitment process and confirm that the information given is accurate. I understand that I may request the correction or deletion of my data through the company's contact channels.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Hand in this form complete and legible; if you send it by email, save the file with your first and last name.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[Candidate name] · Job application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empleo</dc:title>
  <dc:subject>Solicitud de empleo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