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ORGANOGRAMA DA EMPRESA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Quem se reporta a quem: níveis, cargos, linha de reporte e quantas pessoas cada um lidera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Vigência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organograma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Empresa ou 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aprovação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aprova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ler este organograma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bloco é um nível da estrutura; dentro do bloco ficam os cargos daquele nível.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Um cargo do nível de baixo se reporta ao cargo acima; quando há exceções, elas são escritas na tabela de detalhe.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tabela de detalhe mostra, cargo por cargo, a quem se reporta e quantas pessoas lidera.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Quando um cargo ou uma linha de reporte muda, este documento é atualizado e a versão é alterada.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Estrutura por níveis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0 · Órgão de decisão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[Assembleia de sócios ou proprietário]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1 · Direção geral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[Cargo · Nome · Reporta ao nível 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2 · Gerências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[Comercial] · [Operações] · [Administrativa e financeira]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3 · Coordenações e chefias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[Coordenação de depósito] · [Coordenação de compras] · [Coordenação de RH]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4 · Postos operacionais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[Auxiliares e operadores de cada área]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Detalhe de cargos e linhas de reporte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ou processo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Reporta a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Cargos que dependem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Pessoas sob sua liderança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Total de pessoal por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Número de pessoas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vínculo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Notas sobre a estrutura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as exceções e esclarecimentos: cargos compartilhados entre duas áreas, pessoas que atendem várias unidades, cargos vagos, funções cobertas por temporada ou por contrato.]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Aprovação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estrutura aqui apresentada é a que vigora a partir da data de aprovação. Qualquer mudança é feita por escrito e refletida na versão seguinte deste documento.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Organograma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 de la empresa</dc:title>
  <dc:subject>Organigrama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