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8"/>
        </w:rPr>
        <w:t>PROCURAÇÃO SIMPLES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Dados do outorgante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Dados do procurador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Eu, [nome do outorgante], portador(a) do documento [número], residente em [endereço], concedo procuração especial a [nome do procurador], portador(a) do documento [número], para que, em meu nome e representação, [procedimento autorizado: reclamar, protocolar, retirar, assinar] junto a [órgão ou empresa].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 presente autorização é válida de [data] a [data] e se limita a [alcance concreto do procedimento].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Meu procurador fica autorizado a entregar e receber documentos relacionados a este procedimento e a me informar o resultado.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Para constar, assino em [cidade], em [data].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Aceitação do procurador</w:t>
      </w:r>
    </w:p>
    <w:p>
      <w:r>
        <w:rPr>
          <w:rFonts w:ascii="Calibri" w:hAnsi="Calibri" w:cs="Calibri"/>
          <w:b w:val="0"/>
          <w:i/>
          <w:color w:val="262626"/>
          <w:sz w:val="19"/>
        </w:rPr>
        <w:t>Aceito a indicação e declaro que atuarei dentro do alcance autorizado nesta procuração.</w:t>
      </w:r>
    </w:p>
    <w:p>
      <w:r>
        <w:rPr>
          <w:rFonts w:ascii="Calibri" w:hAnsi="Calibri" w:cs="Calibri"/>
          <w:b w:val="0"/>
          <w:i w:val="0"/>
          <w:color w:val="595959"/>
          <w:sz w:val="18"/>
        </w:rPr>
        <w:t>Cópia: [arquivo pessoal do outorgante]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 procuração simples serve para procedimentos comuns junto a empresas e órgãos. Se o procedimento exigir procuração por instrumento público, esta carta não a substitui: confirme o requisito antes de agir.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do outorgante] · Procuração simples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poder simple</dc:title>
  <dc:subject>Carta poder simple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