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ATA DE TERMINAÇÃO E LIQUIDAÇÃO DE CONTRATO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Encerramento de um contrato entre empresas: o que foi entregue, o que se deve e o que fica aberto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[TL-___]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 da ata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Ata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Local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Partes e contrato que se encerra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PARTE QUE ENTREGA OU PRESTA O SERVIÇO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 ou CNPJ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262626"/>
          <w:sz w:val="21"/>
        </w:rPr>
        <w:t>PARTE QUE CONTRATOU OU RECEBE O SERVIÇO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Documento de identidade ou CNPJ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Endereço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E-mail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Contrato ou pedido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Objeto do contrato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início do contrato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Valor ajustado e moeda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Motivo do encerramento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 (acordo mútuo / fim do prazo / descumprimento / outro)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Descrição do motivo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Situação da execução e entregas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Entrega ou serviço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Situação (recebido / parcial / não recebido)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Balanço de contas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 e moeda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Saldo ou observação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Valor total ajustado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Adiantamentos recebidos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Pagamentos já realizados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Valor do que foi efetivamente entregue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Ajustes ou descontos combinados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Saldo a favor ou contra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Saldo final e forma de pagamento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Saldo final combinado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Forma e prazo de pagamento do saldo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Bens, documentos e acessos devolvidos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Bem, documento ou acesso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Devolvido? (Sim / Não / Não se aplica)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Observação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Declaração de quitação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Com a assinatura desta ata as partes declaram que, cumprido o que aqui foi combinado, não resta nenhum saldo, reclamação ou obrigação pendente entre elas pelo contrato que se encerra, salvo o que estiver expressamente escrito no item de pendências.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Pendências e observações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[Escreva aqui o que continua vivo depois do encerramento: entregas a fazer, garantias vigentes, documentos a enviar, confidencialidade que se mantém.]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Assinaturas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PARTE QUE ENTREGA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ou CNPJ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PARTE QUE RECEBE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ou CNPJ e assinatura</w:t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TESTEMUNHA OU REVISOR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Nome, documento e assinatura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Este é um modelo geral de uso interno. Não é assessoria jurídica: antes de usar, revise-o com seu advogado ou contador e ajuste-o às regras que se aplicam ao seu caso.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Terminação e liquidação de contrato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terminación y liquidación de contrato</dc:title>
  <dc:subject>Acta de terminación y liquidación de contrato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