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del contacto]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response to your complaint [reference number] of [date]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have received your communication with reference [number] of [date], in which you report [summary of the customer's case].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Review carried out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reviewed the case with the [responsible area] and confirmed the following: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reviewed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Transaction record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Product or service delivered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Documents and supporting evidence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Stock or dispatch review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On that basis, [we accept the claim and will proceed with the replacement or adjustment / we accept the claim in part on the following terms: ___ / we do not accept the claim for the reasons set out above].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confirm that [the agreed action] will be completed within [number] days. If you have further questions, please email us at [email] or call [phone].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[customer service area] · [quality]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Internal and commercial response. Keep a record of the reference number and of the evidence reviewed.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Complaint response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Respuesta a reclamación de cliente</dc:title>
  <dc:subject>Respuesta a reclamación de cliente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