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 quem possa interessar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carta de recomendação de [nome do recomendado]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Quem subscreve, [nome do signatário], na qualidade de [cargo] da [nome da empresa], declara que [nome completo do recomendado], portador(a) do documento [número], prestou serviços nesta empresa nas condições relacionadas a seguir.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da contratação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Detalhe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Cargo exercido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Área ou departamento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Período de vínculo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Tipo de vínculo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Nesse período, atuou com [responsabilidade, assiduidade e trabalho em equipe] e teve sob sua responsabilidade [principais funções].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Pelo exposto, recomendo [nome do recomendado] para [cargo ou tipo de processo] e declaro que poderá voltar a ser considerado em oportunidades futuras na nossa empresa.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Esta recomendação é emitida a pedido do interessado em [cidade], em [data].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[Nome da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[Telefone] · [E-mail]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[prontuário do colaborador]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recomendação deve se limitar a dados corretos e verificáveis sobre o vínculo e o desempenho. Não inclua informações reservadas.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Carta de recomendação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recomendación laboral</dc:title>
  <dc:subject>Carta de recomendación laboral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